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9A4581" w14:textId="77777777" w:rsidR="00AB0511" w:rsidRPr="00CE3391" w:rsidRDefault="00000000">
      <w:pPr>
        <w:jc w:val="center"/>
        <w:rPr>
          <w:lang w:val="pl-PL"/>
        </w:rPr>
      </w:pPr>
      <w:r w:rsidRPr="00CE3391">
        <w:rPr>
          <w:b/>
          <w:lang w:val="pl-PL"/>
        </w:rPr>
        <w:t>Regulamin zapisów na wydarzenie „OLX KNOW HOW</w:t>
      </w:r>
      <w:r w:rsidR="00CE3391" w:rsidRPr="00CE3391">
        <w:rPr>
          <w:b/>
          <w:lang w:val="pl-PL"/>
        </w:rPr>
        <w:t xml:space="preserve"> Perspektywy</w:t>
      </w:r>
      <w:r w:rsidRPr="00CE3391">
        <w:rPr>
          <w:b/>
          <w:lang w:val="pl-PL"/>
        </w:rPr>
        <w:t xml:space="preserve"> 2026</w:t>
      </w:r>
      <w:r w:rsidR="00CE3391" w:rsidRPr="00CE3391">
        <w:rPr>
          <w:b/>
          <w:lang w:val="pl-PL"/>
        </w:rPr>
        <w:t>”</w:t>
      </w:r>
      <w:r w:rsidRPr="00CE3391">
        <w:rPr>
          <w:b/>
          <w:lang w:val="pl-PL"/>
        </w:rPr>
        <w:t xml:space="preserve"> </w:t>
      </w:r>
    </w:p>
    <w:p w14:paraId="3B694FAA" w14:textId="77777777" w:rsidR="00AB0511" w:rsidRPr="00CE3391" w:rsidRDefault="00000000">
      <w:pPr>
        <w:spacing w:before="350"/>
        <w:rPr>
          <w:lang w:val="pl-PL"/>
        </w:rPr>
      </w:pPr>
      <w:r w:rsidRPr="00CE3391">
        <w:rPr>
          <w:b/>
          <w:lang w:val="pl-PL"/>
        </w:rPr>
        <w:t xml:space="preserve">§ 1 Postanowienia Ogólne </w:t>
      </w:r>
    </w:p>
    <w:p w14:paraId="5221F284" w14:textId="77777777" w:rsidR="00AB0511" w:rsidRPr="00CE3391" w:rsidRDefault="00000000">
      <w:pPr>
        <w:spacing w:before="19"/>
        <w:ind w:left="359"/>
        <w:rPr>
          <w:lang w:val="pl-PL"/>
        </w:rPr>
      </w:pPr>
      <w:r w:rsidRPr="00CE3391">
        <w:rPr>
          <w:lang w:val="pl-PL"/>
        </w:rPr>
        <w:t>1.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>Niniejszy Regulamin („</w:t>
      </w:r>
      <w:r w:rsidRPr="00CE3391">
        <w:rPr>
          <w:b/>
          <w:lang w:val="pl-PL"/>
        </w:rPr>
        <w:t>Regulamin</w:t>
      </w:r>
      <w:r w:rsidRPr="00CE3391">
        <w:rPr>
          <w:lang w:val="pl-PL"/>
        </w:rPr>
        <w:t xml:space="preserve">”) określa warunki, oraz zasady zapisów na wydarzenie stacjonarne </w:t>
      </w:r>
    </w:p>
    <w:p w14:paraId="7B618FE9" w14:textId="77777777" w:rsidR="00AB0511" w:rsidRPr="00CE3391" w:rsidRDefault="00000000" w:rsidP="00CE3391">
      <w:pPr>
        <w:ind w:left="719"/>
        <w:rPr>
          <w:lang w:val="pl-PL"/>
        </w:rPr>
      </w:pPr>
      <w:r w:rsidRPr="00CE3391">
        <w:rPr>
          <w:lang w:val="pl-PL"/>
        </w:rPr>
        <w:t xml:space="preserve">„OLX KNOW HOW </w:t>
      </w:r>
      <w:r w:rsidR="00CE3391">
        <w:rPr>
          <w:lang w:val="pl-PL"/>
        </w:rPr>
        <w:t xml:space="preserve">Perspektywy </w:t>
      </w:r>
      <w:r w:rsidRPr="00CE3391">
        <w:rPr>
          <w:lang w:val="pl-PL"/>
        </w:rPr>
        <w:t>2026” („</w:t>
      </w:r>
      <w:r w:rsidRPr="00CE3391">
        <w:rPr>
          <w:b/>
          <w:lang w:val="pl-PL"/>
        </w:rPr>
        <w:t>Wydarzenie</w:t>
      </w:r>
      <w:r w:rsidRPr="00CE3391">
        <w:rPr>
          <w:lang w:val="pl-PL"/>
        </w:rPr>
        <w:t>”), procedurę reklamacyjną oraz obowiązki Organizatora („</w:t>
      </w:r>
      <w:r w:rsidRPr="00CE3391">
        <w:rPr>
          <w:b/>
          <w:lang w:val="pl-PL"/>
        </w:rPr>
        <w:t>Zapisy na Wydarzenie</w:t>
      </w:r>
      <w:r w:rsidRPr="00CE3391">
        <w:rPr>
          <w:lang w:val="pl-PL"/>
        </w:rPr>
        <w:t xml:space="preserve">”). </w:t>
      </w:r>
    </w:p>
    <w:p w14:paraId="68DAD54E" w14:textId="77777777" w:rsidR="00AB0511" w:rsidRPr="00CE3391" w:rsidRDefault="00000000">
      <w:pPr>
        <w:ind w:left="359"/>
        <w:rPr>
          <w:lang w:val="pl-PL"/>
        </w:rPr>
      </w:pPr>
      <w:r w:rsidRPr="00CE3391">
        <w:rPr>
          <w:lang w:val="pl-PL"/>
        </w:rPr>
        <w:t>2.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Organizatorem Zapisów na Wydarzenie jest Grupa OLX sp. z o.o. z siedzibą w Poznaniu, 61-872 </w:t>
      </w:r>
    </w:p>
    <w:p w14:paraId="2E35EE53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Poznań, przy ul. Królowej Jadwigi 43, wpisana do rejestru przedsiębiorców prowadzonego przez Sąd </w:t>
      </w:r>
    </w:p>
    <w:p w14:paraId="6604A996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Rejonowy Poznań - Nowe Miasto i Wilda w Poznaniu, VIII Wydział Gospodarczy Krajowego Rejestru </w:t>
      </w:r>
    </w:p>
    <w:p w14:paraId="5BEACB9D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Sądowego pod numerem KRS: 0000568963, o kapitale zakładowym w wysokości 1.543.000,00 zł, </w:t>
      </w:r>
    </w:p>
    <w:p w14:paraId="599223FE" w14:textId="77777777" w:rsidR="00AB0511" w:rsidRPr="00CE3391" w:rsidRDefault="00000000" w:rsidP="00CE3391">
      <w:pPr>
        <w:ind w:left="719"/>
        <w:rPr>
          <w:lang w:val="pl-PL"/>
        </w:rPr>
      </w:pPr>
      <w:r w:rsidRPr="00CE3391">
        <w:rPr>
          <w:lang w:val="pl-PL"/>
        </w:rPr>
        <w:t>posiadająca numer identyfikacji podatkowej NIP: 5272525995 oraz REGON: 362117960</w:t>
      </w:r>
      <w:r w:rsidR="00CE3391">
        <w:rPr>
          <w:lang w:val="pl-PL"/>
        </w:rPr>
        <w:t xml:space="preserve"> </w:t>
      </w:r>
      <w:r w:rsidRPr="00CE3391">
        <w:rPr>
          <w:lang w:val="pl-PL"/>
        </w:rPr>
        <w:t>(„</w:t>
      </w:r>
      <w:r w:rsidRPr="00CE3391">
        <w:rPr>
          <w:b/>
          <w:lang w:val="pl-PL"/>
        </w:rPr>
        <w:t>Organizator</w:t>
      </w:r>
      <w:r w:rsidRPr="00CE3391">
        <w:rPr>
          <w:lang w:val="pl-PL"/>
        </w:rPr>
        <w:t>”)</w:t>
      </w:r>
      <w:r w:rsidR="00CE3391">
        <w:rPr>
          <w:lang w:val="pl-PL"/>
        </w:rPr>
        <w:t>.</w:t>
      </w:r>
    </w:p>
    <w:p w14:paraId="567BBEEF" w14:textId="77777777" w:rsidR="00AB0511" w:rsidRPr="00CE3391" w:rsidRDefault="00000000">
      <w:pPr>
        <w:spacing w:before="9"/>
        <w:ind w:left="359"/>
        <w:rPr>
          <w:lang w:val="pl-PL"/>
        </w:rPr>
      </w:pPr>
      <w:r w:rsidRPr="00CE3391">
        <w:rPr>
          <w:lang w:val="pl-PL"/>
        </w:rPr>
        <w:t>3.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Organizator prowadzi Zapisy na Wydarzenia za pośrednictwem strony internetowej </w:t>
      </w:r>
    </w:p>
    <w:p w14:paraId="6458B3BC" w14:textId="77777777" w:rsidR="00AB0511" w:rsidRPr="00CE3391" w:rsidRDefault="00CE3391">
      <w:pPr>
        <w:ind w:left="719"/>
        <w:rPr>
          <w:lang w:val="pl-PL"/>
        </w:rPr>
      </w:pPr>
      <w:hyperlink r:id="rId8" w:history="1">
        <w:r w:rsidRPr="0095503C">
          <w:rPr>
            <w:rStyle w:val="Hipercze"/>
            <w:lang w:val="pl-PL"/>
          </w:rPr>
          <w:t>https://olxperspektywy.pl/</w:t>
        </w:r>
      </w:hyperlink>
      <w:r w:rsidRPr="00CE3391">
        <w:rPr>
          <w:lang w:val="pl-PL"/>
        </w:rPr>
        <w:t xml:space="preserve"> („</w:t>
      </w:r>
      <w:r w:rsidRPr="00CE3391">
        <w:rPr>
          <w:b/>
          <w:lang w:val="pl-PL"/>
        </w:rPr>
        <w:t>Strona Zapisowa</w:t>
      </w:r>
      <w:r w:rsidRPr="00CE3391">
        <w:rPr>
          <w:lang w:val="pl-PL"/>
        </w:rPr>
        <w:t xml:space="preserve">”). </w:t>
      </w:r>
    </w:p>
    <w:p w14:paraId="39F41621" w14:textId="77777777" w:rsidR="00AB0511" w:rsidRPr="00CE3391" w:rsidRDefault="00000000" w:rsidP="00CE3391">
      <w:pPr>
        <w:spacing w:before="4"/>
        <w:ind w:left="359"/>
        <w:rPr>
          <w:lang w:val="pl-PL"/>
        </w:rPr>
      </w:pPr>
      <w:r w:rsidRPr="00CE3391">
        <w:rPr>
          <w:lang w:val="pl-PL"/>
        </w:rPr>
        <w:t>4.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Wydarzenie organizowane jest w dniu 13 </w:t>
      </w:r>
      <w:r w:rsidR="00CE3391">
        <w:rPr>
          <w:lang w:val="pl-PL"/>
        </w:rPr>
        <w:t xml:space="preserve">października </w:t>
      </w:r>
      <w:r w:rsidRPr="00CE3391">
        <w:rPr>
          <w:lang w:val="pl-PL"/>
        </w:rPr>
        <w:t xml:space="preserve">2026 r. o godz. </w:t>
      </w:r>
      <w:r w:rsidR="00CE3391">
        <w:rPr>
          <w:lang w:val="pl-PL"/>
        </w:rPr>
        <w:t>12:00</w:t>
      </w:r>
      <w:r w:rsidRPr="00CE3391">
        <w:rPr>
          <w:lang w:val="pl-PL"/>
        </w:rPr>
        <w:t xml:space="preserve"> w </w:t>
      </w:r>
      <w:r w:rsidR="00CE3391">
        <w:rPr>
          <w:lang w:val="pl-PL"/>
        </w:rPr>
        <w:t>Hotelu Warszawa, Plac Powstańców Warszawy 9, 00-039 Warszawa.</w:t>
      </w:r>
    </w:p>
    <w:p w14:paraId="6401B9DE" w14:textId="77777777" w:rsidR="00AB0511" w:rsidRPr="00CE3391" w:rsidRDefault="00000000">
      <w:pPr>
        <w:spacing w:before="4"/>
        <w:ind w:left="359"/>
        <w:rPr>
          <w:lang w:val="pl-PL"/>
        </w:rPr>
      </w:pPr>
      <w:r w:rsidRPr="00CE3391">
        <w:rPr>
          <w:lang w:val="pl-PL"/>
        </w:rPr>
        <w:t>5.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Zapisy na Wydarzenie odbywają się na zasadach określonych w Regulaminie. </w:t>
      </w:r>
    </w:p>
    <w:p w14:paraId="3144573C" w14:textId="49564371" w:rsidR="00AB0511" w:rsidRPr="00CE3391" w:rsidRDefault="00000000">
      <w:pPr>
        <w:spacing w:before="14"/>
        <w:ind w:left="359"/>
        <w:rPr>
          <w:lang w:val="pl-PL"/>
        </w:rPr>
      </w:pPr>
      <w:r w:rsidRPr="00CE3391">
        <w:rPr>
          <w:lang w:val="pl-PL"/>
        </w:rPr>
        <w:t>6.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>Zapisy na Wydarzenie możliwe są w okresie od dnia 2</w:t>
      </w:r>
      <w:r w:rsidR="00CE3391">
        <w:rPr>
          <w:lang w:val="pl-PL"/>
        </w:rPr>
        <w:t>6</w:t>
      </w:r>
      <w:r w:rsidRPr="00CE3391">
        <w:rPr>
          <w:lang w:val="pl-PL"/>
        </w:rPr>
        <w:t>.</w:t>
      </w:r>
      <w:r w:rsidR="00CE3391">
        <w:rPr>
          <w:lang w:val="pl-PL"/>
        </w:rPr>
        <w:t>08</w:t>
      </w:r>
      <w:r w:rsidRPr="00CE3391">
        <w:rPr>
          <w:lang w:val="pl-PL"/>
        </w:rPr>
        <w:t>.202</w:t>
      </w:r>
      <w:r w:rsidR="00CE3391">
        <w:rPr>
          <w:lang w:val="pl-PL"/>
        </w:rPr>
        <w:t>6</w:t>
      </w:r>
      <w:r w:rsidRPr="00CE3391">
        <w:rPr>
          <w:lang w:val="pl-PL"/>
        </w:rPr>
        <w:t xml:space="preserve"> r. od godziny 16:00 do dnia </w:t>
      </w:r>
      <w:r w:rsidR="00A9028C">
        <w:rPr>
          <w:lang w:val="pl-PL"/>
        </w:rPr>
        <w:t>08.09</w:t>
      </w:r>
      <w:r w:rsidRPr="00CE3391">
        <w:rPr>
          <w:lang w:val="pl-PL"/>
        </w:rPr>
        <w:t>.202</w:t>
      </w:r>
      <w:r w:rsidR="00CE3391">
        <w:rPr>
          <w:lang w:val="pl-PL"/>
        </w:rPr>
        <w:t>6</w:t>
      </w:r>
    </w:p>
    <w:p w14:paraId="25D36D9E" w14:textId="77777777" w:rsidR="00AB0511" w:rsidRPr="00CE3391" w:rsidRDefault="00000000">
      <w:pPr>
        <w:spacing w:before="14"/>
        <w:ind w:left="719"/>
        <w:rPr>
          <w:lang w:val="pl-PL"/>
        </w:rPr>
      </w:pPr>
      <w:r w:rsidRPr="00CE3391">
        <w:rPr>
          <w:lang w:val="pl-PL"/>
        </w:rPr>
        <w:t>r. do godz. 23:59 „</w:t>
      </w:r>
      <w:r w:rsidRPr="00CE3391">
        <w:rPr>
          <w:b/>
          <w:lang w:val="pl-PL"/>
        </w:rPr>
        <w:t>Czas Trwania Zapisów</w:t>
      </w:r>
      <w:r w:rsidRPr="00CE3391">
        <w:rPr>
          <w:lang w:val="pl-PL"/>
        </w:rPr>
        <w:t xml:space="preserve">”). </w:t>
      </w:r>
    </w:p>
    <w:p w14:paraId="3B21118D" w14:textId="77777777" w:rsidR="00AB0511" w:rsidRPr="00CE3391" w:rsidRDefault="00000000">
      <w:pPr>
        <w:spacing w:before="19"/>
        <w:ind w:left="359"/>
        <w:rPr>
          <w:lang w:val="pl-PL"/>
        </w:rPr>
      </w:pPr>
      <w:r w:rsidRPr="00CE3391">
        <w:rPr>
          <w:lang w:val="pl-PL"/>
        </w:rPr>
        <w:t>7.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Organizator zastrzega sobie prawo przedłużenia terminu Czasu Trwania Zapisów, o czym Organizator </w:t>
      </w:r>
    </w:p>
    <w:p w14:paraId="7EAB2F2D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poinformuje w drodze ogłoszenia zamieszczonego za pośrednictwem Strony Zapisowej przed </w:t>
      </w:r>
    </w:p>
    <w:p w14:paraId="083DD334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pierwotnym upływem Czasu Trwania Zapisów. </w:t>
      </w:r>
    </w:p>
    <w:p w14:paraId="46DC1D20" w14:textId="77777777" w:rsidR="00AB0511" w:rsidRPr="00CE3391" w:rsidRDefault="00000000">
      <w:pPr>
        <w:rPr>
          <w:lang w:val="pl-PL"/>
        </w:rPr>
      </w:pPr>
      <w:r w:rsidRPr="00CE3391">
        <w:rPr>
          <w:b/>
          <w:lang w:val="pl-PL"/>
        </w:rPr>
        <w:t xml:space="preserve">§ 2 Uczestnicy </w:t>
      </w:r>
    </w:p>
    <w:p w14:paraId="0556270D" w14:textId="279E83B5" w:rsidR="00AB0511" w:rsidRPr="00952F9C" w:rsidRDefault="00000000">
      <w:pPr>
        <w:spacing w:before="19"/>
        <w:ind w:left="359"/>
        <w:rPr>
          <w:rFonts w:asciiTheme="majorHAnsi" w:hAnsiTheme="majorHAnsi" w:cstheme="majorHAnsi"/>
          <w:lang w:val="pl-PL"/>
        </w:rPr>
      </w:pPr>
      <w:r w:rsidRPr="00952F9C">
        <w:rPr>
          <w:rFonts w:asciiTheme="majorHAnsi" w:hAnsiTheme="majorHAnsi" w:cstheme="majorHAnsi"/>
          <w:lang w:val="pl-PL"/>
        </w:rPr>
        <w:t>1.</w:t>
      </w:r>
      <w:r w:rsidRPr="00952F9C">
        <w:rPr>
          <w:rFonts w:asciiTheme="majorHAnsi" w:eastAsia="Arial" w:hAnsiTheme="majorHAnsi" w:cstheme="majorHAnsi"/>
          <w:lang w:val="pl-PL"/>
        </w:rPr>
        <w:t xml:space="preserve"> </w:t>
      </w:r>
      <w:r w:rsidRPr="00952F9C">
        <w:rPr>
          <w:rFonts w:asciiTheme="majorHAnsi" w:hAnsiTheme="majorHAnsi" w:cstheme="majorHAnsi"/>
          <w:lang w:val="pl-PL"/>
        </w:rPr>
        <w:t>W Zapisach na Wydarzenie może wziąć udział każda osoba fizyczna, która spełnia</w:t>
      </w:r>
      <w:r w:rsidR="00952F9C">
        <w:rPr>
          <w:rFonts w:asciiTheme="majorHAnsi" w:hAnsiTheme="majorHAnsi" w:cstheme="majorHAnsi"/>
          <w:lang w:val="pl-PL"/>
        </w:rPr>
        <w:t xml:space="preserve"> przynajmniej jeden z poniższych warunków:</w:t>
      </w:r>
    </w:p>
    <w:p w14:paraId="7F5AF021" w14:textId="42D7166A" w:rsidR="00AB0511" w:rsidRPr="00952F9C" w:rsidRDefault="00000000" w:rsidP="00952F9C">
      <w:pPr>
        <w:spacing w:before="4"/>
        <w:ind w:left="719"/>
        <w:rPr>
          <w:rFonts w:asciiTheme="majorHAnsi" w:hAnsiTheme="majorHAnsi" w:cstheme="majorHAnsi"/>
          <w:lang w:val="pl-PL"/>
        </w:rPr>
      </w:pPr>
      <w:r w:rsidRPr="00952F9C">
        <w:rPr>
          <w:rFonts w:asciiTheme="majorHAnsi" w:hAnsiTheme="majorHAnsi" w:cstheme="majorHAnsi"/>
          <w:lang w:val="pl-PL"/>
        </w:rPr>
        <w:t>a)</w:t>
      </w:r>
      <w:r w:rsidR="00952F9C" w:rsidRPr="00952F9C">
        <w:rPr>
          <w:rFonts w:asciiTheme="majorHAnsi" w:eastAsia="Arial" w:hAnsiTheme="majorHAnsi" w:cstheme="majorHAnsi"/>
          <w:lang w:val="pl-PL"/>
        </w:rPr>
        <w:t xml:space="preserve"> otrzymała od </w:t>
      </w:r>
      <w:r w:rsidR="00952F9C">
        <w:rPr>
          <w:rFonts w:asciiTheme="majorHAnsi" w:eastAsia="Arial" w:hAnsiTheme="majorHAnsi" w:cstheme="majorHAnsi"/>
          <w:lang w:val="pl-PL"/>
        </w:rPr>
        <w:t>O</w:t>
      </w:r>
      <w:r w:rsidR="00952F9C" w:rsidRPr="00952F9C">
        <w:rPr>
          <w:rFonts w:asciiTheme="majorHAnsi" w:eastAsia="Arial" w:hAnsiTheme="majorHAnsi" w:cstheme="majorHAnsi"/>
          <w:lang w:val="pl-PL"/>
        </w:rPr>
        <w:t>rganizatora zaproszenie</w:t>
      </w:r>
      <w:r w:rsidRPr="00952F9C">
        <w:rPr>
          <w:rFonts w:asciiTheme="majorHAnsi" w:hAnsiTheme="majorHAnsi" w:cstheme="majorHAnsi"/>
          <w:lang w:val="pl-PL"/>
        </w:rPr>
        <w:t xml:space="preserve"> </w:t>
      </w:r>
      <w:r w:rsidR="00952F9C" w:rsidRPr="00952F9C">
        <w:rPr>
          <w:rFonts w:asciiTheme="majorHAnsi" w:hAnsiTheme="majorHAnsi" w:cstheme="majorHAnsi"/>
          <w:lang w:val="pl-PL"/>
        </w:rPr>
        <w:t>uprawniając</w:t>
      </w:r>
      <w:r w:rsidR="00952F9C" w:rsidRPr="00952F9C">
        <w:rPr>
          <w:rFonts w:asciiTheme="majorHAnsi" w:hAnsiTheme="majorHAnsi" w:cstheme="majorHAnsi"/>
          <w:lang w:val="pl-PL"/>
        </w:rPr>
        <w:t>e</w:t>
      </w:r>
      <w:r w:rsidR="00952F9C" w:rsidRPr="00952F9C">
        <w:rPr>
          <w:rFonts w:asciiTheme="majorHAnsi" w:hAnsiTheme="majorHAnsi" w:cstheme="majorHAnsi"/>
          <w:lang w:val="pl-PL"/>
        </w:rPr>
        <w:t xml:space="preserve"> do zapisu na Wydarzenie. </w:t>
      </w:r>
    </w:p>
    <w:p w14:paraId="4A8ED565" w14:textId="66B50C68" w:rsidR="00AB0511" w:rsidRPr="00952F9C" w:rsidRDefault="00000000" w:rsidP="00952F9C">
      <w:pPr>
        <w:spacing w:before="19"/>
        <w:ind w:left="719"/>
        <w:rPr>
          <w:rFonts w:asciiTheme="majorHAnsi" w:hAnsiTheme="majorHAnsi" w:cstheme="majorHAnsi"/>
          <w:lang w:val="pl-PL"/>
        </w:rPr>
      </w:pPr>
      <w:r w:rsidRPr="00952F9C">
        <w:rPr>
          <w:rFonts w:asciiTheme="majorHAnsi" w:hAnsiTheme="majorHAnsi" w:cstheme="majorHAnsi"/>
          <w:lang w:val="pl-PL"/>
        </w:rPr>
        <w:t>b)</w:t>
      </w:r>
      <w:r w:rsidRPr="00952F9C">
        <w:rPr>
          <w:rFonts w:asciiTheme="majorHAnsi" w:eastAsia="Arial" w:hAnsiTheme="majorHAnsi" w:cstheme="majorHAnsi"/>
          <w:lang w:val="pl-PL"/>
        </w:rPr>
        <w:t xml:space="preserve"> </w:t>
      </w:r>
      <w:r w:rsidR="00952F9C">
        <w:rPr>
          <w:rFonts w:asciiTheme="majorHAnsi" w:eastAsia="Arial" w:hAnsiTheme="majorHAnsi" w:cstheme="majorHAnsi"/>
          <w:lang w:val="pl-PL"/>
        </w:rPr>
        <w:t xml:space="preserve">jej zgłoszenie pomimo braku oficjalnego zaproszenia </w:t>
      </w:r>
      <w:r w:rsidR="00952F9C" w:rsidRPr="00952F9C">
        <w:rPr>
          <w:rFonts w:asciiTheme="majorHAnsi" w:hAnsiTheme="majorHAnsi" w:cstheme="majorHAnsi"/>
          <w:lang w:val="pl-PL"/>
        </w:rPr>
        <w:t>został</w:t>
      </w:r>
      <w:r w:rsidR="00952F9C">
        <w:rPr>
          <w:rFonts w:asciiTheme="majorHAnsi" w:hAnsiTheme="majorHAnsi" w:cstheme="majorHAnsi"/>
          <w:lang w:val="pl-PL"/>
        </w:rPr>
        <w:t>o</w:t>
      </w:r>
      <w:r w:rsidR="00952F9C" w:rsidRPr="00952F9C">
        <w:rPr>
          <w:rFonts w:asciiTheme="majorHAnsi" w:hAnsiTheme="majorHAnsi" w:cstheme="majorHAnsi"/>
          <w:lang w:val="pl-PL"/>
        </w:rPr>
        <w:t xml:space="preserve"> pozytywnie zweryfikowan</w:t>
      </w:r>
      <w:r w:rsidR="00952F9C">
        <w:rPr>
          <w:rFonts w:asciiTheme="majorHAnsi" w:hAnsiTheme="majorHAnsi" w:cstheme="majorHAnsi"/>
          <w:lang w:val="pl-PL"/>
        </w:rPr>
        <w:t>e</w:t>
      </w:r>
      <w:r w:rsidR="00952F9C" w:rsidRPr="00952F9C">
        <w:rPr>
          <w:rFonts w:asciiTheme="majorHAnsi" w:hAnsiTheme="majorHAnsi" w:cstheme="majorHAnsi"/>
          <w:lang w:val="pl-PL"/>
        </w:rPr>
        <w:t xml:space="preserve"> przez </w:t>
      </w:r>
      <w:r w:rsidR="00952F9C">
        <w:rPr>
          <w:rFonts w:asciiTheme="majorHAnsi" w:hAnsiTheme="majorHAnsi" w:cstheme="majorHAnsi"/>
          <w:lang w:val="pl-PL"/>
        </w:rPr>
        <w:t>O</w:t>
      </w:r>
      <w:r w:rsidR="00952F9C" w:rsidRPr="00952F9C">
        <w:rPr>
          <w:rFonts w:asciiTheme="majorHAnsi" w:hAnsiTheme="majorHAnsi" w:cstheme="majorHAnsi"/>
          <w:lang w:val="pl-PL"/>
        </w:rPr>
        <w:t>rganizatora</w:t>
      </w:r>
      <w:r w:rsidR="00952F9C">
        <w:rPr>
          <w:rFonts w:asciiTheme="majorHAnsi" w:hAnsiTheme="majorHAnsi" w:cstheme="majorHAnsi"/>
          <w:lang w:val="pl-PL"/>
        </w:rPr>
        <w:t>.</w:t>
      </w:r>
    </w:p>
    <w:p w14:paraId="649D5D4E" w14:textId="3DB84225" w:rsidR="00AB0511" w:rsidRPr="00CE3391" w:rsidRDefault="00000000">
      <w:pPr>
        <w:spacing w:before="120"/>
        <w:ind w:left="359"/>
        <w:rPr>
          <w:lang w:val="pl-PL"/>
        </w:rPr>
      </w:pPr>
      <w:r w:rsidRPr="00CE3391">
        <w:rPr>
          <w:lang w:val="pl-PL"/>
        </w:rPr>
        <w:t>2.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Osoba uczestnicząca w Zapisach na Wydarzenie, która spełnia </w:t>
      </w:r>
      <w:r w:rsidR="00952F9C">
        <w:rPr>
          <w:lang w:val="pl-PL"/>
        </w:rPr>
        <w:t>jeden z powyższych warunków</w:t>
      </w:r>
      <w:r w:rsidRPr="00CE3391">
        <w:rPr>
          <w:lang w:val="pl-PL"/>
        </w:rPr>
        <w:t xml:space="preserve"> zwana jest </w:t>
      </w:r>
    </w:p>
    <w:p w14:paraId="04115C78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>dalej w treści Regulaminu „</w:t>
      </w:r>
      <w:r w:rsidRPr="00CE3391">
        <w:rPr>
          <w:b/>
          <w:lang w:val="pl-PL"/>
        </w:rPr>
        <w:t>Uczestnikiem</w:t>
      </w:r>
      <w:r w:rsidRPr="00CE3391">
        <w:rPr>
          <w:lang w:val="pl-PL"/>
        </w:rPr>
        <w:t xml:space="preserve">”. </w:t>
      </w:r>
    </w:p>
    <w:p w14:paraId="291526FC" w14:textId="77777777" w:rsidR="00AB0511" w:rsidRPr="00CE3391" w:rsidRDefault="00000000">
      <w:pPr>
        <w:spacing w:before="9"/>
        <w:ind w:left="359"/>
        <w:rPr>
          <w:lang w:val="pl-PL"/>
        </w:rPr>
      </w:pPr>
      <w:r w:rsidRPr="00CE3391">
        <w:rPr>
          <w:lang w:val="pl-PL"/>
        </w:rPr>
        <w:t>3.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Organizator ma prawo wezwać Uczestnika do udowodnienia (udokumentowania) spełniania </w:t>
      </w:r>
    </w:p>
    <w:p w14:paraId="2B855EA6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warunków, o których mowa w § 2 ust. 1 powyżej. </w:t>
      </w:r>
    </w:p>
    <w:p w14:paraId="61996A10" w14:textId="21EC19F6" w:rsidR="00AB0511" w:rsidRPr="00CE3391" w:rsidRDefault="00000000">
      <w:pPr>
        <w:spacing w:before="336"/>
        <w:rPr>
          <w:lang w:val="pl-PL"/>
        </w:rPr>
      </w:pPr>
      <w:r w:rsidRPr="00CE3391">
        <w:rPr>
          <w:b/>
          <w:lang w:val="pl-PL"/>
        </w:rPr>
        <w:t>§ 3 Przebieg zapisów na Wydarzeni</w:t>
      </w:r>
      <w:r w:rsidR="00CE3391">
        <w:rPr>
          <w:b/>
          <w:lang w:val="pl-PL"/>
        </w:rPr>
        <w:t>e</w:t>
      </w:r>
    </w:p>
    <w:p w14:paraId="5586CACB" w14:textId="77777777" w:rsidR="00AB0511" w:rsidRPr="00CE3391" w:rsidRDefault="00000000">
      <w:pPr>
        <w:rPr>
          <w:lang w:val="pl-PL"/>
        </w:rPr>
      </w:pPr>
      <w:r w:rsidRPr="00CE3391">
        <w:rPr>
          <w:lang w:val="pl-PL"/>
        </w:rPr>
        <w:br w:type="page"/>
      </w:r>
    </w:p>
    <w:p w14:paraId="2F1EA590" w14:textId="77777777" w:rsidR="00AB0511" w:rsidRPr="00CE3391" w:rsidRDefault="00000000">
      <w:pPr>
        <w:ind w:left="359"/>
        <w:rPr>
          <w:lang w:val="pl-PL"/>
        </w:rPr>
      </w:pPr>
      <w:r w:rsidRPr="00CE3391">
        <w:rPr>
          <w:lang w:val="pl-PL"/>
        </w:rPr>
        <w:lastRenderedPageBreak/>
        <w:t>1.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Aby wziąć udział w Zapisach na Wydarzenie, Uczestnik musi w </w:t>
      </w:r>
      <w:r w:rsidRPr="00CE3391">
        <w:rPr>
          <w:b/>
          <w:lang w:val="pl-PL"/>
        </w:rPr>
        <w:t xml:space="preserve">Czasie Trwania Zapisów </w:t>
      </w:r>
      <w:r w:rsidRPr="00CE3391">
        <w:rPr>
          <w:lang w:val="pl-PL"/>
        </w:rPr>
        <w:t xml:space="preserve">wypełnić i </w:t>
      </w:r>
    </w:p>
    <w:p w14:paraId="45C25AA8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przesłać Organizatorowi formularz rejestracyjny dostępny na </w:t>
      </w:r>
      <w:r w:rsidRPr="00CE3391">
        <w:rPr>
          <w:b/>
          <w:bCs/>
          <w:lang w:val="pl-PL"/>
        </w:rPr>
        <w:t>Stronie Zapisowej</w:t>
      </w:r>
      <w:r w:rsidRPr="00CE3391">
        <w:rPr>
          <w:lang w:val="pl-PL"/>
        </w:rPr>
        <w:t xml:space="preserve">, podając poprawne i </w:t>
      </w:r>
    </w:p>
    <w:p w14:paraId="4C1CB499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aktualne dane Uczestnika. </w:t>
      </w:r>
    </w:p>
    <w:p w14:paraId="04493C0F" w14:textId="77777777" w:rsidR="00AB0511" w:rsidRPr="00CE3391" w:rsidRDefault="00000000">
      <w:pPr>
        <w:spacing w:before="4"/>
        <w:ind w:left="359"/>
        <w:rPr>
          <w:lang w:val="pl-PL"/>
        </w:rPr>
      </w:pPr>
      <w:r w:rsidRPr="00CE3391">
        <w:rPr>
          <w:lang w:val="pl-PL"/>
        </w:rPr>
        <w:t>2.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Udział w Zapisach na Wydarzenie oraz w samym Wydarzeniu jest dobrowolny i bezpłatny. Spełnienie </w:t>
      </w:r>
    </w:p>
    <w:p w14:paraId="0891C333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przez Uczestnika wszystkich warunków opisanych w ust. 1 powyżej jest równoznaczne z dokonaniem </w:t>
      </w:r>
    </w:p>
    <w:p w14:paraId="5AFA3466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zgłoszenia udziału w Zapisach na Wydarzenia oraz akceptacją postanowień Regulaminu </w:t>
      </w:r>
    </w:p>
    <w:p w14:paraId="4BB901B9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>(„</w:t>
      </w:r>
      <w:r w:rsidRPr="00CE3391">
        <w:rPr>
          <w:b/>
          <w:lang w:val="pl-PL"/>
        </w:rPr>
        <w:t>Zgłoszenie</w:t>
      </w:r>
      <w:r w:rsidRPr="00CE3391">
        <w:rPr>
          <w:lang w:val="pl-PL"/>
        </w:rPr>
        <w:t xml:space="preserve">”). </w:t>
      </w:r>
    </w:p>
    <w:p w14:paraId="1383F9CA" w14:textId="77777777" w:rsidR="00AB0511" w:rsidRPr="00CE3391" w:rsidRDefault="00000000">
      <w:pPr>
        <w:spacing w:before="4"/>
        <w:ind w:left="359"/>
        <w:rPr>
          <w:lang w:val="pl-PL"/>
        </w:rPr>
      </w:pPr>
      <w:r w:rsidRPr="00CE3391">
        <w:rPr>
          <w:lang w:val="pl-PL"/>
        </w:rPr>
        <w:t>3.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Zgłoszenie nie może: </w:t>
      </w:r>
    </w:p>
    <w:p w14:paraId="49127D38" w14:textId="77777777" w:rsidR="00AB0511" w:rsidRPr="00CE3391" w:rsidRDefault="00000000">
      <w:pPr>
        <w:spacing w:before="19"/>
        <w:ind w:left="629"/>
        <w:rPr>
          <w:lang w:val="pl-PL"/>
        </w:rPr>
      </w:pPr>
      <w:r w:rsidRPr="00CE3391">
        <w:rPr>
          <w:lang w:val="pl-PL"/>
        </w:rPr>
        <w:t>1)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naruszać przepisów prawa powszechnie obowiązującego i dobrych obyczajów, w tym praw lub </w:t>
      </w:r>
    </w:p>
    <w:p w14:paraId="655AA814" w14:textId="77777777" w:rsidR="00AB0511" w:rsidRPr="00CE3391" w:rsidRDefault="00000000">
      <w:pPr>
        <w:ind w:left="989"/>
        <w:rPr>
          <w:lang w:val="pl-PL"/>
        </w:rPr>
      </w:pPr>
      <w:r w:rsidRPr="00CE3391">
        <w:rPr>
          <w:lang w:val="pl-PL"/>
        </w:rPr>
        <w:t xml:space="preserve">dóbr osobistych osób trzecich; </w:t>
      </w:r>
    </w:p>
    <w:p w14:paraId="61EF0631" w14:textId="77777777" w:rsidR="00AB0511" w:rsidRPr="00CE3391" w:rsidRDefault="00000000">
      <w:pPr>
        <w:spacing w:before="4"/>
        <w:ind w:left="629"/>
        <w:rPr>
          <w:lang w:val="pl-PL"/>
        </w:rPr>
      </w:pPr>
      <w:r w:rsidRPr="00CE3391">
        <w:rPr>
          <w:lang w:val="pl-PL"/>
        </w:rPr>
        <w:t>2)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zawierać treści nieprawdziwych lub mogących wprowadzić odbiorców w błąd, treści powszechnie </w:t>
      </w:r>
    </w:p>
    <w:p w14:paraId="29CD7A77" w14:textId="77777777" w:rsidR="00AB0511" w:rsidRPr="00CE3391" w:rsidRDefault="00000000">
      <w:pPr>
        <w:ind w:left="989"/>
        <w:rPr>
          <w:lang w:val="pl-PL"/>
        </w:rPr>
      </w:pPr>
      <w:r w:rsidRPr="00CE3391">
        <w:rPr>
          <w:lang w:val="pl-PL"/>
        </w:rPr>
        <w:t xml:space="preserve">uważanych za obraźliwe lub obsceniczne, wulgaryzmów, określeń mogących powodować obrazę </w:t>
      </w:r>
    </w:p>
    <w:p w14:paraId="4ADFF9F3" w14:textId="77777777" w:rsidR="00AB0511" w:rsidRPr="00CE3391" w:rsidRDefault="00000000">
      <w:pPr>
        <w:ind w:left="989"/>
        <w:rPr>
          <w:lang w:val="pl-PL"/>
        </w:rPr>
      </w:pPr>
      <w:r w:rsidRPr="00CE3391">
        <w:rPr>
          <w:lang w:val="pl-PL"/>
        </w:rPr>
        <w:t xml:space="preserve">uczuć religijnych lub światopoglądowych oraz wskazujących na dyskryminację określonych osób </w:t>
      </w:r>
    </w:p>
    <w:p w14:paraId="0D84CD80" w14:textId="77777777" w:rsidR="00AB0511" w:rsidRPr="00CE3391" w:rsidRDefault="00000000">
      <w:pPr>
        <w:ind w:left="989"/>
        <w:rPr>
          <w:lang w:val="pl-PL"/>
        </w:rPr>
      </w:pPr>
      <w:r w:rsidRPr="00CE3391">
        <w:rPr>
          <w:lang w:val="pl-PL"/>
        </w:rPr>
        <w:t xml:space="preserve">lub grupy osób. </w:t>
      </w:r>
    </w:p>
    <w:p w14:paraId="3ACC6265" w14:textId="77777777" w:rsidR="00AB0511" w:rsidRPr="00CE3391" w:rsidRDefault="00000000">
      <w:pPr>
        <w:spacing w:before="4"/>
        <w:ind w:left="359"/>
        <w:rPr>
          <w:lang w:val="pl-PL"/>
        </w:rPr>
      </w:pPr>
      <w:r w:rsidRPr="00CE3391">
        <w:rPr>
          <w:lang w:val="pl-PL"/>
        </w:rPr>
        <w:t>4.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Uczestnik może dokonać tylko jednego Zgłoszenia. </w:t>
      </w:r>
    </w:p>
    <w:p w14:paraId="4DE78DB0" w14:textId="77777777" w:rsidR="00AB0511" w:rsidRPr="00CE3391" w:rsidRDefault="00000000">
      <w:pPr>
        <w:spacing w:before="14"/>
        <w:ind w:left="359"/>
        <w:rPr>
          <w:lang w:val="pl-PL"/>
        </w:rPr>
      </w:pPr>
      <w:r w:rsidRPr="00CE3391">
        <w:rPr>
          <w:lang w:val="pl-PL"/>
        </w:rPr>
        <w:t>5.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Jeżeli Uczestnik prześle więcej niż jedno Zgłoszenie, takie kolejne Zgłoszenie (Zgłoszenia) zostanie </w:t>
      </w:r>
    </w:p>
    <w:p w14:paraId="47338057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odrzucone i nie będzie brało udziału w Zapisach na Wydarzenie. </w:t>
      </w:r>
    </w:p>
    <w:p w14:paraId="1DCF568F" w14:textId="32FA4CEA" w:rsidR="00AB0511" w:rsidRPr="00CE3391" w:rsidRDefault="00000000">
      <w:pPr>
        <w:ind w:left="359"/>
        <w:rPr>
          <w:lang w:val="pl-PL"/>
        </w:rPr>
      </w:pPr>
      <w:r w:rsidRPr="00CE3391">
        <w:rPr>
          <w:lang w:val="pl-PL"/>
        </w:rPr>
        <w:t>6.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>Organizator zastrzega sobie prawo</w:t>
      </w:r>
      <w:r w:rsidR="00CE3391">
        <w:rPr>
          <w:lang w:val="pl-PL"/>
        </w:rPr>
        <w:t>, by</w:t>
      </w:r>
      <w:r w:rsidRPr="00CE3391">
        <w:rPr>
          <w:lang w:val="pl-PL"/>
        </w:rPr>
        <w:t xml:space="preserve"> zdyskwalifikować Uczestnika, który: </w:t>
      </w:r>
    </w:p>
    <w:p w14:paraId="36387455" w14:textId="77777777" w:rsidR="00AB0511" w:rsidRPr="00CE3391" w:rsidRDefault="00000000">
      <w:pPr>
        <w:spacing w:before="14"/>
        <w:ind w:left="629"/>
        <w:rPr>
          <w:lang w:val="pl-PL"/>
        </w:rPr>
      </w:pPr>
      <w:r w:rsidRPr="00CE3391">
        <w:rPr>
          <w:lang w:val="pl-PL"/>
        </w:rPr>
        <w:t>1)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naruszy postanowienia niniejszego Regulaminu, </w:t>
      </w:r>
    </w:p>
    <w:p w14:paraId="2ED3A630" w14:textId="77777777" w:rsidR="00AB0511" w:rsidRPr="00CE3391" w:rsidRDefault="00000000">
      <w:pPr>
        <w:spacing w:before="14"/>
        <w:ind w:left="629"/>
        <w:rPr>
          <w:lang w:val="pl-PL"/>
        </w:rPr>
      </w:pPr>
      <w:r w:rsidRPr="00CE3391">
        <w:rPr>
          <w:lang w:val="pl-PL"/>
        </w:rPr>
        <w:t>2)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w związku z Zapisami na Wydarzenia naruszy przepisy prawa powszechnie obowiązującego. </w:t>
      </w:r>
    </w:p>
    <w:p w14:paraId="089B59F4" w14:textId="77777777" w:rsidR="00AB0511" w:rsidRPr="00CE3391" w:rsidRDefault="00000000">
      <w:pPr>
        <w:spacing w:before="19"/>
        <w:ind w:left="359"/>
        <w:rPr>
          <w:lang w:val="pl-PL"/>
        </w:rPr>
      </w:pPr>
      <w:r w:rsidRPr="00CE3391">
        <w:rPr>
          <w:lang w:val="pl-PL"/>
        </w:rPr>
        <w:t>10.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Organizator zastrzega sobie prawo zdyskwalifikowania Uczestnika także wówczas, gdy zajdzie </w:t>
      </w:r>
    </w:p>
    <w:p w14:paraId="4AD6A94D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uzasadniona wątpliwość co do prawdziwości tożsamości Uczestnika lub innych przekazanych przez </w:t>
      </w:r>
    </w:p>
    <w:p w14:paraId="2829C9A3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niego informacji odnośnie jego osoby lub spełnienia warunków uczestnictwa w Zapisach na </w:t>
      </w:r>
    </w:p>
    <w:p w14:paraId="662943CF" w14:textId="77777777" w:rsidR="00AB0511" w:rsidRPr="00CE3391" w:rsidRDefault="00000000">
      <w:pPr>
        <w:spacing w:before="4"/>
        <w:ind w:left="719"/>
        <w:rPr>
          <w:lang w:val="pl-PL"/>
        </w:rPr>
      </w:pPr>
      <w:r w:rsidRPr="00CE3391">
        <w:rPr>
          <w:lang w:val="pl-PL"/>
        </w:rPr>
        <w:t xml:space="preserve">Wydarzenie. </w:t>
      </w:r>
    </w:p>
    <w:p w14:paraId="581B54FC" w14:textId="77777777" w:rsidR="00AB0511" w:rsidRPr="00CE3391" w:rsidRDefault="00000000">
      <w:pPr>
        <w:spacing w:before="4"/>
        <w:ind w:left="359"/>
        <w:rPr>
          <w:lang w:val="pl-PL"/>
        </w:rPr>
      </w:pPr>
      <w:r w:rsidRPr="00CE3391">
        <w:rPr>
          <w:lang w:val="pl-PL"/>
        </w:rPr>
        <w:t>11.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Zdyskwalifikowany Uczestnik nie będzie brany pod uwagę przy tworzeniu listy uczestników Wydarzeń. </w:t>
      </w:r>
    </w:p>
    <w:p w14:paraId="2B9819E5" w14:textId="77777777" w:rsidR="00AB0511" w:rsidRPr="00CE3391" w:rsidRDefault="00000000">
      <w:pPr>
        <w:spacing w:before="456"/>
        <w:rPr>
          <w:lang w:val="pl-PL"/>
        </w:rPr>
      </w:pPr>
      <w:r w:rsidRPr="00CE3391">
        <w:rPr>
          <w:b/>
          <w:lang w:val="pl-PL"/>
        </w:rPr>
        <w:t xml:space="preserve">§ 4 Potwierdzenie zapisu na Wydarzenie </w:t>
      </w:r>
    </w:p>
    <w:p w14:paraId="05263193" w14:textId="77777777" w:rsidR="00AB0511" w:rsidRPr="00CE3391" w:rsidRDefault="00000000">
      <w:pPr>
        <w:spacing w:before="19"/>
        <w:ind w:left="359"/>
        <w:rPr>
          <w:lang w:val="pl-PL"/>
        </w:rPr>
      </w:pPr>
      <w:r w:rsidRPr="00CE3391">
        <w:rPr>
          <w:lang w:val="pl-PL"/>
        </w:rPr>
        <w:t>1.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Liczba miejsc na Wydarzeniu jest ograniczona. Organizator wybierze spośród Zgłoszeń Uczestników, </w:t>
      </w:r>
    </w:p>
    <w:p w14:paraId="25487D8A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którzy otrzymają możliwość wzięcia udziału w Wydarzeniu. </w:t>
      </w:r>
    </w:p>
    <w:p w14:paraId="7E0F6F02" w14:textId="5BB2A338" w:rsidR="00AB0511" w:rsidRPr="000F7AB9" w:rsidRDefault="00000000" w:rsidP="00952F9C">
      <w:pPr>
        <w:spacing w:before="4"/>
        <w:ind w:left="359"/>
        <w:rPr>
          <w:lang w:val="pl-PL"/>
        </w:rPr>
      </w:pPr>
      <w:r w:rsidRPr="000F7AB9">
        <w:rPr>
          <w:lang w:val="pl-PL"/>
        </w:rPr>
        <w:t>2.</w:t>
      </w:r>
      <w:r w:rsidRPr="000F7AB9">
        <w:rPr>
          <w:rFonts w:ascii="Arial" w:eastAsia="Arial" w:hAnsi="Arial"/>
          <w:lang w:val="pl-PL"/>
        </w:rPr>
        <w:t xml:space="preserve"> </w:t>
      </w:r>
      <w:r w:rsidRPr="000F7AB9">
        <w:rPr>
          <w:lang w:val="pl-PL"/>
        </w:rPr>
        <w:t>Organizator w terminie najpóźniej do 7</w:t>
      </w:r>
      <w:r w:rsidR="00CE3391" w:rsidRPr="000F7AB9">
        <w:rPr>
          <w:lang w:val="pl-PL"/>
        </w:rPr>
        <w:t xml:space="preserve"> </w:t>
      </w:r>
      <w:r w:rsidRPr="000F7AB9">
        <w:rPr>
          <w:lang w:val="pl-PL"/>
        </w:rPr>
        <w:t xml:space="preserve">dni roboczych </w:t>
      </w:r>
      <w:r w:rsidR="00952F9C" w:rsidRPr="000F7AB9">
        <w:rPr>
          <w:lang w:val="pl-PL"/>
        </w:rPr>
        <w:t xml:space="preserve">przed wydarzeniem </w:t>
      </w:r>
      <w:r w:rsidRPr="000F7AB9">
        <w:rPr>
          <w:lang w:val="pl-PL"/>
        </w:rPr>
        <w:t xml:space="preserve">za pośrednictwem wiadomości e-mail potwierdzi Uczestnikowi możliwość wzięcia udziału w Wydarzeniu, przekazując dodatkowe informacje organizacyjne. </w:t>
      </w:r>
    </w:p>
    <w:p w14:paraId="3122AB9E" w14:textId="77777777" w:rsidR="00AB0511" w:rsidRPr="00CE3391" w:rsidRDefault="00000000">
      <w:pPr>
        <w:spacing w:before="4"/>
        <w:ind w:left="359"/>
        <w:rPr>
          <w:lang w:val="pl-PL"/>
        </w:rPr>
      </w:pPr>
      <w:r w:rsidRPr="00CE3391">
        <w:rPr>
          <w:lang w:val="pl-PL"/>
        </w:rPr>
        <w:t>3.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Dla uniknięcia wątpliwości Organizator wskazuje, iż prawidłowe przesłanie Zgłoszenia nie gwarantuje </w:t>
      </w:r>
    </w:p>
    <w:p w14:paraId="1A1EAB09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możliwości wzięcia udziału w Wydarzeniu, jak również nie generuje po stronie Uczestnika </w:t>
      </w:r>
    </w:p>
    <w:p w14:paraId="25943B8F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jakichkolwiek roszczeń względem Organizatora. </w:t>
      </w:r>
    </w:p>
    <w:p w14:paraId="42BD94C5" w14:textId="77777777" w:rsidR="00AB0511" w:rsidRPr="00CE3391" w:rsidRDefault="00000000">
      <w:pPr>
        <w:rPr>
          <w:lang w:val="pl-PL"/>
        </w:rPr>
      </w:pPr>
      <w:r w:rsidRPr="00CE3391">
        <w:rPr>
          <w:lang w:val="pl-PL"/>
        </w:rPr>
        <w:br w:type="page"/>
      </w:r>
    </w:p>
    <w:p w14:paraId="7E012FC4" w14:textId="77777777" w:rsidR="00AB0511" w:rsidRPr="000F7AB9" w:rsidRDefault="00000000">
      <w:pPr>
        <w:ind w:left="359"/>
        <w:rPr>
          <w:rFonts w:asciiTheme="majorHAnsi" w:hAnsiTheme="majorHAnsi" w:cstheme="majorHAnsi"/>
          <w:szCs w:val="20"/>
          <w:lang w:val="pl-PL"/>
        </w:rPr>
      </w:pPr>
      <w:r w:rsidRPr="00CE3391">
        <w:rPr>
          <w:lang w:val="pl-PL"/>
        </w:rPr>
        <w:lastRenderedPageBreak/>
        <w:t>4.</w:t>
      </w:r>
      <w:r w:rsidRPr="00CE3391">
        <w:rPr>
          <w:rFonts w:ascii="Arial" w:eastAsia="Arial" w:hAnsi="Arial"/>
          <w:lang w:val="pl-PL"/>
        </w:rPr>
        <w:t xml:space="preserve"> </w:t>
      </w:r>
      <w:r w:rsidRPr="000F7AB9">
        <w:rPr>
          <w:rFonts w:asciiTheme="majorHAnsi" w:hAnsiTheme="majorHAnsi" w:cstheme="majorHAnsi"/>
          <w:szCs w:val="20"/>
          <w:lang w:val="pl-PL"/>
        </w:rPr>
        <w:t xml:space="preserve">Po uzyskaniu potwierdzenia uczestnictwa w Wydarzeniu, Uczestnik, który chce zrezygnować z udziału </w:t>
      </w:r>
    </w:p>
    <w:p w14:paraId="0E92691E" w14:textId="77777777" w:rsidR="00AB0511" w:rsidRPr="000F7AB9" w:rsidRDefault="00000000">
      <w:pPr>
        <w:ind w:left="719"/>
        <w:rPr>
          <w:rFonts w:asciiTheme="majorHAnsi" w:hAnsiTheme="majorHAnsi" w:cstheme="majorHAnsi"/>
          <w:szCs w:val="20"/>
          <w:lang w:val="pl-PL"/>
        </w:rPr>
      </w:pPr>
      <w:r w:rsidRPr="000F7AB9">
        <w:rPr>
          <w:rFonts w:asciiTheme="majorHAnsi" w:hAnsiTheme="majorHAnsi" w:cstheme="majorHAnsi"/>
          <w:szCs w:val="20"/>
          <w:lang w:val="pl-PL"/>
        </w:rPr>
        <w:t xml:space="preserve">w wydarzeniu powinien niezwłocznie poinformować o tym Organizatora za pośrednictwem </w:t>
      </w:r>
    </w:p>
    <w:p w14:paraId="21D76191" w14:textId="55CED05C" w:rsidR="00AB0511" w:rsidRPr="000F7AB9" w:rsidRDefault="00000000">
      <w:pPr>
        <w:ind w:left="719"/>
        <w:rPr>
          <w:rFonts w:asciiTheme="majorHAnsi" w:hAnsiTheme="majorHAnsi" w:cstheme="majorHAnsi"/>
          <w:szCs w:val="20"/>
          <w:lang w:val="pl-PL"/>
        </w:rPr>
      </w:pPr>
      <w:r w:rsidRPr="000F7AB9">
        <w:rPr>
          <w:rFonts w:asciiTheme="majorHAnsi" w:hAnsiTheme="majorHAnsi" w:cstheme="majorHAnsi"/>
          <w:szCs w:val="20"/>
          <w:lang w:val="pl-PL"/>
        </w:rPr>
        <w:t>wiadomości e-mail</w:t>
      </w:r>
      <w:r w:rsidR="000F7AB9" w:rsidRPr="000F7AB9">
        <w:rPr>
          <w:rFonts w:asciiTheme="majorHAnsi" w:hAnsiTheme="majorHAnsi" w:cstheme="majorHAnsi"/>
          <w:szCs w:val="20"/>
          <w:lang w:val="pl-PL"/>
        </w:rPr>
        <w:t xml:space="preserve"> </w:t>
      </w:r>
      <w:r w:rsidR="000F7AB9">
        <w:rPr>
          <w:rFonts w:asciiTheme="majorHAnsi" w:hAnsiTheme="majorHAnsi" w:cstheme="majorHAnsi"/>
          <w:szCs w:val="20"/>
          <w:lang w:val="pl-PL"/>
        </w:rPr>
        <w:t xml:space="preserve">wysłanej </w:t>
      </w:r>
      <w:r w:rsidR="000F7AB9" w:rsidRPr="000F7AB9">
        <w:rPr>
          <w:rFonts w:asciiTheme="majorHAnsi" w:hAnsiTheme="majorHAnsi" w:cstheme="majorHAnsi"/>
          <w:szCs w:val="20"/>
          <w:lang w:val="pl-PL"/>
        </w:rPr>
        <w:t xml:space="preserve">na adres </w:t>
      </w:r>
      <w:hyperlink r:id="rId9" w:history="1">
        <w:r w:rsidR="000F7AB9" w:rsidRPr="000F7AB9">
          <w:rPr>
            <w:rFonts w:asciiTheme="majorHAnsi" w:eastAsiaTheme="minorEastAsia" w:hAnsiTheme="majorHAnsi" w:cstheme="majorHAnsi"/>
            <w:color w:val="094FD1"/>
            <w:szCs w:val="20"/>
            <w:u w:val="single" w:color="094FD1"/>
            <w:lang w:val="pl-PL"/>
          </w:rPr>
          <w:t>contact@good-people.pl</w:t>
        </w:r>
      </w:hyperlink>
      <w:r w:rsidRPr="000F7AB9">
        <w:rPr>
          <w:rFonts w:asciiTheme="majorHAnsi" w:hAnsiTheme="majorHAnsi" w:cstheme="majorHAnsi"/>
          <w:szCs w:val="20"/>
          <w:lang w:val="pl-PL"/>
        </w:rPr>
        <w:t>.</w:t>
      </w:r>
    </w:p>
    <w:p w14:paraId="5EC6BDF5" w14:textId="77777777" w:rsidR="00AB0511" w:rsidRPr="00CE3391" w:rsidRDefault="00000000">
      <w:pPr>
        <w:spacing w:before="4"/>
        <w:ind w:left="359"/>
        <w:rPr>
          <w:lang w:val="pl-PL"/>
        </w:rPr>
      </w:pPr>
      <w:r w:rsidRPr="00CE3391">
        <w:rPr>
          <w:lang w:val="pl-PL"/>
        </w:rPr>
        <w:t>5.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Wszelkie szczegóły dotyczące przebiegu Wydarzeń będą komunikowane za pośrednictwem Strony </w:t>
      </w:r>
    </w:p>
    <w:p w14:paraId="09724862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Zapisowej oraz wiadomości e-mail (w przypadku Uczestników, którzy przesłali Zgłoszenie). </w:t>
      </w:r>
    </w:p>
    <w:p w14:paraId="004F8C0E" w14:textId="77777777" w:rsidR="00AB0511" w:rsidRPr="00CE3391" w:rsidRDefault="00000000">
      <w:pPr>
        <w:spacing w:before="4"/>
        <w:ind w:left="359"/>
        <w:rPr>
          <w:lang w:val="pl-PL"/>
        </w:rPr>
      </w:pPr>
      <w:r w:rsidRPr="00CE3391">
        <w:rPr>
          <w:lang w:val="pl-PL"/>
        </w:rPr>
        <w:t>6.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Organizator zastrzega, iż Uczestnicy, których Zgłoszenie nie zostanie uwzględnione, trafią na listę </w:t>
      </w:r>
    </w:p>
    <w:p w14:paraId="06BCAE43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rezerwową i w przypadku zwolnienia się miejsca na Wydarzeniu mogą otrzymać zaproszenie od </w:t>
      </w:r>
    </w:p>
    <w:p w14:paraId="0F75E429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Organizatora w terminie późniejszym. </w:t>
      </w:r>
    </w:p>
    <w:p w14:paraId="38BEB401" w14:textId="77777777" w:rsidR="00AB0511" w:rsidRPr="00CE3391" w:rsidRDefault="00000000">
      <w:pPr>
        <w:spacing w:before="336"/>
        <w:rPr>
          <w:lang w:val="pl-PL"/>
        </w:rPr>
      </w:pPr>
      <w:r w:rsidRPr="00CE3391">
        <w:rPr>
          <w:b/>
          <w:lang w:val="pl-PL"/>
        </w:rPr>
        <w:t xml:space="preserve">§ 5 Dane osobowe </w:t>
      </w:r>
    </w:p>
    <w:p w14:paraId="070C6106" w14:textId="77777777" w:rsidR="00AB0511" w:rsidRPr="00CE3391" w:rsidRDefault="00000000">
      <w:pPr>
        <w:spacing w:before="19"/>
        <w:ind w:left="359"/>
        <w:rPr>
          <w:lang w:val="pl-PL"/>
        </w:rPr>
      </w:pPr>
      <w:r w:rsidRPr="00CE3391">
        <w:rPr>
          <w:lang w:val="pl-PL"/>
        </w:rPr>
        <w:t>1.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Administratorem danych osobowych Uczestnika jest Organizator. Przetwarzanie danych osobowych </w:t>
      </w:r>
    </w:p>
    <w:p w14:paraId="00F2C61A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odbywać się będzie na zasadach przewidzianych w Rozporządzeniu Parlamentu Europejskiego i Rady </w:t>
      </w:r>
    </w:p>
    <w:p w14:paraId="7CA67948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(UE) 2016/679 z dnia 27 kwietnia 2016 r. w sprawie ochrony osób fizycznych w związku z </w:t>
      </w:r>
    </w:p>
    <w:p w14:paraId="1987B4F3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przetwarzaniem danych osobowych i w sprawie swobodnego przepływu takich danych oraz uchylenia </w:t>
      </w:r>
    </w:p>
    <w:p w14:paraId="06357B9D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>dyrektywy 95/46/WE (dalej: „</w:t>
      </w:r>
      <w:r w:rsidRPr="00CE3391">
        <w:rPr>
          <w:b/>
          <w:lang w:val="pl-PL"/>
        </w:rPr>
        <w:t>RODO</w:t>
      </w:r>
      <w:r w:rsidRPr="00CE3391">
        <w:rPr>
          <w:lang w:val="pl-PL"/>
        </w:rPr>
        <w:t xml:space="preserve">”). </w:t>
      </w:r>
    </w:p>
    <w:p w14:paraId="4CD3E564" w14:textId="77777777" w:rsidR="00AB0511" w:rsidRPr="00CE3391" w:rsidRDefault="00000000">
      <w:pPr>
        <w:ind w:left="359"/>
        <w:rPr>
          <w:lang w:val="pl-PL"/>
        </w:rPr>
      </w:pPr>
      <w:r w:rsidRPr="00CE3391">
        <w:rPr>
          <w:lang w:val="pl-PL"/>
        </w:rPr>
        <w:t>2.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Organizator będzie przetwarzał dane osobowe Uczestników w postaci: imienia i nazwiska, nazwy </w:t>
      </w:r>
    </w:p>
    <w:p w14:paraId="24719DF3" w14:textId="2844006B" w:rsidR="00AB0511" w:rsidRPr="00CE3391" w:rsidRDefault="00000000" w:rsidP="00A9028C">
      <w:pPr>
        <w:spacing w:before="4"/>
        <w:ind w:left="719"/>
        <w:rPr>
          <w:lang w:val="pl-PL"/>
        </w:rPr>
      </w:pPr>
      <w:r w:rsidRPr="00CE3391">
        <w:rPr>
          <w:lang w:val="pl-PL"/>
        </w:rPr>
        <w:t>pracodawcy lub zleceniodawcy, adresu e-mail</w:t>
      </w:r>
      <w:r w:rsidR="00A9028C">
        <w:rPr>
          <w:lang w:val="pl-PL"/>
        </w:rPr>
        <w:t xml:space="preserve"> oraz</w:t>
      </w:r>
      <w:r w:rsidRPr="00CE3391">
        <w:rPr>
          <w:lang w:val="pl-PL"/>
        </w:rPr>
        <w:t xml:space="preserve"> nr telefonu</w:t>
      </w:r>
      <w:r w:rsidR="00A9028C">
        <w:rPr>
          <w:lang w:val="pl-PL"/>
        </w:rPr>
        <w:t xml:space="preserve"> </w:t>
      </w:r>
      <w:r w:rsidRPr="00CE3391">
        <w:rPr>
          <w:lang w:val="pl-PL"/>
        </w:rPr>
        <w:t>na podstawie art. 6 ust. 1 lit. b) i f)</w:t>
      </w:r>
      <w:r w:rsidR="00A9028C">
        <w:rPr>
          <w:lang w:val="pl-PL"/>
        </w:rPr>
        <w:t xml:space="preserve"> </w:t>
      </w:r>
      <w:r w:rsidRPr="00CE3391">
        <w:rPr>
          <w:lang w:val="pl-PL"/>
        </w:rPr>
        <w:t>RODO w celach organizacji i przeprowadzenia zapisów na Wydarzeni</w:t>
      </w:r>
      <w:r w:rsidR="00A9028C">
        <w:rPr>
          <w:lang w:val="pl-PL"/>
        </w:rPr>
        <w:t>e</w:t>
      </w:r>
      <w:r w:rsidRPr="00CE3391">
        <w:rPr>
          <w:lang w:val="pl-PL"/>
        </w:rPr>
        <w:t>, organizacji Wydarzenia, a także</w:t>
      </w:r>
      <w:r w:rsidR="00A9028C">
        <w:rPr>
          <w:lang w:val="pl-PL"/>
        </w:rPr>
        <w:t xml:space="preserve"> </w:t>
      </w:r>
      <w:r w:rsidRPr="00CE3391">
        <w:rPr>
          <w:lang w:val="pl-PL"/>
        </w:rPr>
        <w:t>rozpatrzenia ewentualnych reklamacji. W przypadku powstania roszczeń związanych z zapisami na Wydarzeni</w:t>
      </w:r>
      <w:r w:rsidR="00A9028C">
        <w:rPr>
          <w:lang w:val="pl-PL"/>
        </w:rPr>
        <w:t>e</w:t>
      </w:r>
      <w:r w:rsidRPr="00CE3391">
        <w:rPr>
          <w:lang w:val="pl-PL"/>
        </w:rPr>
        <w:t xml:space="preserve">, dane osobowe będą przetwarzane w celu ich dochodzenia lub obrony przed nimi. Dane przetwarzane będą przez czas niezbędny do wykonania wskazanych celów. </w:t>
      </w:r>
    </w:p>
    <w:p w14:paraId="35C54A1F" w14:textId="77777777" w:rsidR="00AB0511" w:rsidRPr="00CE3391" w:rsidRDefault="00000000">
      <w:pPr>
        <w:ind w:left="359"/>
        <w:rPr>
          <w:lang w:val="pl-PL"/>
        </w:rPr>
      </w:pPr>
      <w:r w:rsidRPr="00CE3391">
        <w:rPr>
          <w:lang w:val="pl-PL"/>
        </w:rPr>
        <w:t>3.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Podanie danych osobowych jest dobrowolne, jednocześnie niezbędne do udziału w zapisach na </w:t>
      </w:r>
    </w:p>
    <w:p w14:paraId="6CB94EBE" w14:textId="5EFDF67B" w:rsidR="00AB0511" w:rsidRPr="00CE3391" w:rsidRDefault="00000000">
      <w:pPr>
        <w:spacing w:before="4"/>
        <w:ind w:left="719"/>
        <w:rPr>
          <w:lang w:val="pl-PL"/>
        </w:rPr>
      </w:pPr>
      <w:r w:rsidRPr="00CE3391">
        <w:rPr>
          <w:lang w:val="pl-PL"/>
        </w:rPr>
        <w:t>Wydarzeni</w:t>
      </w:r>
      <w:r w:rsidR="00A9028C">
        <w:rPr>
          <w:lang w:val="pl-PL"/>
        </w:rPr>
        <w:t>e</w:t>
      </w:r>
      <w:r w:rsidRPr="00CE3391">
        <w:rPr>
          <w:lang w:val="pl-PL"/>
        </w:rPr>
        <w:t xml:space="preserve"> oraz do kontaktu w celu potwierdzenia udziału w Wydarzeni</w:t>
      </w:r>
      <w:r w:rsidR="00A9028C">
        <w:rPr>
          <w:lang w:val="pl-PL"/>
        </w:rPr>
        <w:t>u</w:t>
      </w:r>
      <w:r w:rsidRPr="00CE3391">
        <w:rPr>
          <w:lang w:val="pl-PL"/>
        </w:rPr>
        <w:t xml:space="preserve">. </w:t>
      </w:r>
    </w:p>
    <w:p w14:paraId="1C0EB3CE" w14:textId="77777777" w:rsidR="00AB0511" w:rsidRPr="00CE3391" w:rsidRDefault="00000000">
      <w:pPr>
        <w:spacing w:before="4"/>
        <w:ind w:left="359"/>
        <w:rPr>
          <w:lang w:val="pl-PL"/>
        </w:rPr>
      </w:pPr>
      <w:r w:rsidRPr="00CE3391">
        <w:rPr>
          <w:lang w:val="pl-PL"/>
        </w:rPr>
        <w:t>4.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Uczestnik ma prawo dostępu do swoich danych osobowych, prawo do ich sprostowania, ograniczenia </w:t>
      </w:r>
    </w:p>
    <w:p w14:paraId="7B14A526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przetwarzania, do usunięcia, do sprzeciwu oraz do ich przenoszenia. W celu skorzystania z </w:t>
      </w:r>
    </w:p>
    <w:p w14:paraId="62108F4D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któregokolwiek z ww. praw Uczestnik powinien skontaktować się pisemnie na adres Organizatora lub </w:t>
      </w:r>
    </w:p>
    <w:p w14:paraId="3056576A" w14:textId="3102DC6B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>drogą mailową na adres</w:t>
      </w:r>
      <w:r w:rsidR="000F7AB9">
        <w:rPr>
          <w:lang w:val="pl-PL"/>
        </w:rPr>
        <w:t xml:space="preserve"> </w:t>
      </w:r>
      <w:hyperlink r:id="rId10" w:history="1">
        <w:r w:rsidR="000F7AB9" w:rsidRPr="000F7AB9">
          <w:rPr>
            <w:rFonts w:asciiTheme="majorHAnsi" w:eastAsiaTheme="minorEastAsia" w:hAnsiTheme="majorHAnsi" w:cstheme="majorHAnsi"/>
            <w:color w:val="094FD1"/>
            <w:szCs w:val="20"/>
            <w:u w:val="single" w:color="094FD1"/>
            <w:lang w:val="pl-PL"/>
          </w:rPr>
          <w:t>contact@good-people.pl</w:t>
        </w:r>
      </w:hyperlink>
      <w:r w:rsidR="000F7AB9" w:rsidRPr="000F7AB9">
        <w:rPr>
          <w:rFonts w:asciiTheme="majorHAnsi" w:hAnsiTheme="majorHAnsi" w:cstheme="majorHAnsi"/>
          <w:szCs w:val="20"/>
          <w:lang w:val="pl-PL"/>
        </w:rPr>
        <w:t>.</w:t>
      </w:r>
    </w:p>
    <w:p w14:paraId="7B643A32" w14:textId="77777777" w:rsidR="00AB0511" w:rsidRPr="00CE3391" w:rsidRDefault="00000000">
      <w:pPr>
        <w:ind w:left="359"/>
        <w:rPr>
          <w:lang w:val="pl-PL"/>
        </w:rPr>
      </w:pPr>
      <w:r w:rsidRPr="00CE3391">
        <w:rPr>
          <w:lang w:val="pl-PL"/>
        </w:rPr>
        <w:t>5.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Uczestnik jest uprawniony do wniesienia skargi do właściwego organu nadzorczego, tj. do Prezesa </w:t>
      </w:r>
    </w:p>
    <w:p w14:paraId="4F199550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Urzędu Ochrony Danych Osobowych, ul. Stawki 2, 00-193 Warszawa. </w:t>
      </w:r>
    </w:p>
    <w:p w14:paraId="2381EF5D" w14:textId="77777777" w:rsidR="00AB0511" w:rsidRPr="00CE3391" w:rsidRDefault="00000000">
      <w:pPr>
        <w:ind w:left="359"/>
        <w:rPr>
          <w:lang w:val="pl-PL"/>
        </w:rPr>
      </w:pPr>
      <w:r w:rsidRPr="00CE3391">
        <w:rPr>
          <w:lang w:val="pl-PL"/>
        </w:rPr>
        <w:t>6.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Dane osobowe mogą być udostępniane innym podmiotom, z którymi Administrator zawarł umowę </w:t>
      </w:r>
    </w:p>
    <w:p w14:paraId="4AC87955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powierzenia lub </w:t>
      </w:r>
      <w:proofErr w:type="spellStart"/>
      <w:r w:rsidRPr="00CE3391">
        <w:rPr>
          <w:lang w:val="pl-PL"/>
        </w:rPr>
        <w:t>podpowierzenia</w:t>
      </w:r>
      <w:proofErr w:type="spellEnd"/>
      <w:r w:rsidRPr="00CE3391">
        <w:rPr>
          <w:lang w:val="pl-PL"/>
        </w:rPr>
        <w:t xml:space="preserve"> przetwarzania danych osobowych, w szczególności firmom </w:t>
      </w:r>
    </w:p>
    <w:p w14:paraId="07E394B7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świadczącym usługi pocztowe i kurierskie, dostawcom usług księgowych, prawnych lub z zakresu </w:t>
      </w:r>
    </w:p>
    <w:p w14:paraId="40CCD3FF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rozwiązań </w:t>
      </w:r>
      <w:proofErr w:type="gramStart"/>
      <w:r w:rsidRPr="00CE3391">
        <w:rPr>
          <w:lang w:val="pl-PL"/>
        </w:rPr>
        <w:t>IT,</w:t>
      </w:r>
      <w:proofErr w:type="gramEnd"/>
      <w:r w:rsidRPr="00CE3391">
        <w:rPr>
          <w:lang w:val="pl-PL"/>
        </w:rPr>
        <w:t xml:space="preserve"> oraz organom administracji publicznej, a także podmiotom odpowiedzialnym za </w:t>
      </w:r>
    </w:p>
    <w:p w14:paraId="0CEDBB3A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organizację Wydarzeń na zlecenie Organizatora. </w:t>
      </w:r>
    </w:p>
    <w:p w14:paraId="17344E87" w14:textId="77777777" w:rsidR="00AB0511" w:rsidRPr="00CE3391" w:rsidRDefault="00000000">
      <w:pPr>
        <w:spacing w:before="4"/>
        <w:ind w:left="359"/>
        <w:rPr>
          <w:lang w:val="pl-PL"/>
        </w:rPr>
      </w:pPr>
      <w:r w:rsidRPr="00CE3391">
        <w:rPr>
          <w:lang w:val="pl-PL"/>
        </w:rPr>
        <w:t>7.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Zasady związane z danymi osobowymi opisane zostały również w Informacji o przetwarzaniu danych </w:t>
      </w:r>
    </w:p>
    <w:p w14:paraId="4CB55C32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osobowych. </w:t>
      </w:r>
    </w:p>
    <w:p w14:paraId="649ECB1F" w14:textId="77777777" w:rsidR="00AB0511" w:rsidRPr="00CE3391" w:rsidRDefault="00000000">
      <w:pPr>
        <w:rPr>
          <w:lang w:val="pl-PL"/>
        </w:rPr>
      </w:pPr>
      <w:r w:rsidRPr="00CE3391">
        <w:rPr>
          <w:lang w:val="pl-PL"/>
        </w:rPr>
        <w:br w:type="page"/>
      </w:r>
    </w:p>
    <w:p w14:paraId="3AE33FC0" w14:textId="77777777" w:rsidR="00AB0511" w:rsidRPr="00CE3391" w:rsidRDefault="00000000">
      <w:pPr>
        <w:spacing w:before="379"/>
        <w:rPr>
          <w:lang w:val="pl-PL"/>
        </w:rPr>
      </w:pPr>
      <w:r w:rsidRPr="00CE3391">
        <w:rPr>
          <w:b/>
          <w:lang w:val="pl-PL"/>
        </w:rPr>
        <w:lastRenderedPageBreak/>
        <w:t xml:space="preserve">§ 6 Zgoda na wykorzystanie wizerunku i głosu </w:t>
      </w:r>
    </w:p>
    <w:p w14:paraId="3B117A46" w14:textId="77777777" w:rsidR="00AB0511" w:rsidRPr="00CE3391" w:rsidRDefault="00000000">
      <w:pPr>
        <w:spacing w:before="211"/>
        <w:ind w:left="359"/>
        <w:rPr>
          <w:lang w:val="pl-PL"/>
        </w:rPr>
      </w:pPr>
      <w:r w:rsidRPr="00CE3391">
        <w:rPr>
          <w:lang w:val="pl-PL"/>
        </w:rPr>
        <w:t>1.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W związku z udziałem w Zapisach na Wydarzenie, Uczestnik w przypadku, gdy zostanie zaproszony na </w:t>
      </w:r>
    </w:p>
    <w:p w14:paraId="288C9AE2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Wydarzenie, wyraża nieodpłatnie nieodwołalną zgodę Organizatorowi na to, aby jego wizerunek lub </w:t>
      </w:r>
    </w:p>
    <w:p w14:paraId="351EA692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głos (wraz z imieniem i nazwiskiem) zostały wykorzystane w materiałach zdjęciowych lub filmowych </w:t>
      </w:r>
    </w:p>
    <w:p w14:paraId="73E8FA0A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na potrzeby promocji Wydarzenia oraz promocji działalności Organizatora związanej z rynkiem pracy, </w:t>
      </w:r>
    </w:p>
    <w:p w14:paraId="4BCD4B04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emitowanych i rozpowszechnianych w szczególności w Internecie, telewizji, na konferencjach, jak </w:t>
      </w:r>
    </w:p>
    <w:p w14:paraId="1DC3BC2F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również w przygotowywanych materiałach promocyjnych lub reklamowych. </w:t>
      </w:r>
    </w:p>
    <w:p w14:paraId="791727D8" w14:textId="77777777" w:rsidR="00AB0511" w:rsidRPr="00CE3391" w:rsidRDefault="00000000">
      <w:pPr>
        <w:spacing w:before="9"/>
        <w:ind w:left="359"/>
        <w:rPr>
          <w:lang w:val="pl-PL"/>
        </w:rPr>
      </w:pPr>
      <w:r w:rsidRPr="00CE3391">
        <w:rPr>
          <w:lang w:val="pl-PL"/>
        </w:rPr>
        <w:t>2.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W przypadku, gdy w ramach Wydarzenia zostanie utrwalony wizerunek osób będących </w:t>
      </w:r>
    </w:p>
    <w:p w14:paraId="08608255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przedstawicielami pracodawcy Uczestnika, Uczestnik oświadcza, że posiada zgody tych osób na </w:t>
      </w:r>
    </w:p>
    <w:p w14:paraId="7974A9E7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wykorzystanie ich wizerunku przez Organizatora w zakresie wskazanym w niniejszym Regulaminie. </w:t>
      </w:r>
    </w:p>
    <w:p w14:paraId="0BA6F783" w14:textId="77777777" w:rsidR="00AB0511" w:rsidRPr="00CE3391" w:rsidRDefault="00000000">
      <w:pPr>
        <w:ind w:left="359"/>
        <w:rPr>
          <w:lang w:val="pl-PL"/>
        </w:rPr>
      </w:pPr>
      <w:r w:rsidRPr="00CE3391">
        <w:rPr>
          <w:lang w:val="pl-PL"/>
        </w:rPr>
        <w:t>3.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Powyższe upoważnienie obejmuje wielokrotne (nieograniczone ilościowo, czasowo i terytorialnie) </w:t>
      </w:r>
    </w:p>
    <w:p w14:paraId="1F7201FB" w14:textId="77777777" w:rsidR="00AB0511" w:rsidRPr="00CE3391" w:rsidRDefault="00000000">
      <w:pPr>
        <w:spacing w:before="4"/>
        <w:ind w:left="719"/>
        <w:rPr>
          <w:lang w:val="pl-PL"/>
        </w:rPr>
      </w:pPr>
      <w:r w:rsidRPr="00CE3391">
        <w:rPr>
          <w:lang w:val="pl-PL"/>
        </w:rPr>
        <w:t xml:space="preserve">korzystanie z wizerunku, głosu oraz wypowiedzi Uczestnika lub przedstawiciela pracodawcy </w:t>
      </w:r>
    </w:p>
    <w:p w14:paraId="73C2C628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Uczestnika na następujących polach eksploatacji: a) utrwalania lub zwielokrotniania jakąkolwiek </w:t>
      </w:r>
    </w:p>
    <w:p w14:paraId="1238F3C8" w14:textId="77777777" w:rsidR="00AB0511" w:rsidRPr="00CE3391" w:rsidRDefault="00000000">
      <w:pPr>
        <w:spacing w:before="4"/>
        <w:ind w:left="719"/>
        <w:rPr>
          <w:lang w:val="pl-PL"/>
        </w:rPr>
      </w:pPr>
      <w:r w:rsidRPr="00CE3391">
        <w:rPr>
          <w:lang w:val="pl-PL"/>
        </w:rPr>
        <w:t xml:space="preserve">techniką b) wprowadzania do obrotu, c) wprowadzania do pamięci komputera oraz do sieci </w:t>
      </w:r>
    </w:p>
    <w:p w14:paraId="2DECEDE3" w14:textId="77777777" w:rsidR="00AB0511" w:rsidRPr="00CE3391" w:rsidRDefault="00000000">
      <w:pPr>
        <w:spacing w:before="4"/>
        <w:ind w:left="719"/>
        <w:rPr>
          <w:lang w:val="pl-PL"/>
        </w:rPr>
      </w:pPr>
      <w:r w:rsidRPr="00CE3391">
        <w:rPr>
          <w:lang w:val="pl-PL"/>
        </w:rPr>
        <w:t xml:space="preserve">komputerowej lub multimedialnej, d) publicznego udostępniania w taki sposób, aby każdy mógł mieć </w:t>
      </w:r>
    </w:p>
    <w:p w14:paraId="756EFA13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do niego dostęp w miejscu i w czasie przez siebie wybranym (m.in. w zakresie udostępniania w </w:t>
      </w:r>
    </w:p>
    <w:p w14:paraId="3D7C9839" w14:textId="77777777" w:rsidR="00AB0511" w:rsidRPr="00CE3391" w:rsidRDefault="00000000">
      <w:pPr>
        <w:spacing w:before="4"/>
        <w:ind w:left="719"/>
        <w:rPr>
          <w:lang w:val="pl-PL"/>
        </w:rPr>
      </w:pPr>
      <w:r w:rsidRPr="00CE3391">
        <w:rPr>
          <w:lang w:val="pl-PL"/>
        </w:rPr>
        <w:t xml:space="preserve">Internecie), e) publicznego wykonania lub publicznego odtwarzania, f) wystawiania, g) wyświetlania, </w:t>
      </w:r>
    </w:p>
    <w:p w14:paraId="6FE89D25" w14:textId="77777777" w:rsidR="00AB0511" w:rsidRPr="00CE3391" w:rsidRDefault="00000000">
      <w:pPr>
        <w:spacing w:before="4"/>
        <w:ind w:left="719"/>
        <w:rPr>
          <w:lang w:val="pl-PL"/>
        </w:rPr>
      </w:pPr>
      <w:r w:rsidRPr="00CE3391">
        <w:rPr>
          <w:lang w:val="pl-PL"/>
        </w:rPr>
        <w:t xml:space="preserve">h) użyczania lub najmu, i) nadawania za pomocą wizji lub fonii przewodowej oraz bezprzewodowej </w:t>
      </w:r>
    </w:p>
    <w:p w14:paraId="49E1777F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przez stację naziemną oraz nadawania za pośrednictwem satelity, j) równoczesnego i integralnego </w:t>
      </w:r>
    </w:p>
    <w:p w14:paraId="69B22212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nadawania (reemitowania). </w:t>
      </w:r>
    </w:p>
    <w:p w14:paraId="71D1EBB2" w14:textId="77777777" w:rsidR="00AB0511" w:rsidRPr="00CE3391" w:rsidRDefault="00000000">
      <w:pPr>
        <w:ind w:left="359"/>
        <w:rPr>
          <w:lang w:val="pl-PL"/>
        </w:rPr>
      </w:pPr>
      <w:r w:rsidRPr="00CE3391">
        <w:rPr>
          <w:lang w:val="pl-PL"/>
        </w:rPr>
        <w:t>4.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Powyższe zezwolenie obejmuje także rozpowszechnianie wizerunku, głosu lub wypowiedzi Uczestnika </w:t>
      </w:r>
    </w:p>
    <w:p w14:paraId="1D4BFFBB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lub przedstawiciela pracodawcy Uczestnika w celach reklamowych i promocyjnych, tj. reklamy lub </w:t>
      </w:r>
    </w:p>
    <w:p w14:paraId="079E6A5A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promocji Wydarzenia, w których rozpowszechniany jest wizerunek, głos lub wypowiedź – na </w:t>
      </w:r>
    </w:p>
    <w:p w14:paraId="6362A1C3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wskazanych w ust. 3 powyżej polach eksploatacji, a w szczególności za pomocą nadań telewizyjnych i </w:t>
      </w:r>
    </w:p>
    <w:p w14:paraId="59E48FFA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radiowych, publicznych </w:t>
      </w:r>
      <w:proofErr w:type="spellStart"/>
      <w:r w:rsidRPr="00CE3391">
        <w:rPr>
          <w:lang w:val="pl-PL"/>
        </w:rPr>
        <w:t>odtworzeń</w:t>
      </w:r>
      <w:proofErr w:type="spellEnd"/>
      <w:r w:rsidRPr="00CE3391">
        <w:rPr>
          <w:lang w:val="pl-PL"/>
        </w:rPr>
        <w:t xml:space="preserve"> lub wyświetleń, w sieci multimedialnej i Internecie, w ramach </w:t>
      </w:r>
    </w:p>
    <w:p w14:paraId="3074575E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usług telekomunikacyjnych oraz w prasie drukowanej i magazynach. </w:t>
      </w:r>
    </w:p>
    <w:p w14:paraId="7A487A0D" w14:textId="77777777" w:rsidR="00AB0511" w:rsidRPr="00CE3391" w:rsidRDefault="00000000">
      <w:pPr>
        <w:ind w:left="359"/>
        <w:rPr>
          <w:lang w:val="pl-PL"/>
        </w:rPr>
      </w:pPr>
      <w:r w:rsidRPr="00CE3391">
        <w:rPr>
          <w:lang w:val="pl-PL"/>
        </w:rPr>
        <w:t>5.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Poprzez akceptację warunków niniejszego Regulaminu Uczestnik deklaruje, że rozpowszechnianie </w:t>
      </w:r>
    </w:p>
    <w:p w14:paraId="497F3ACF" w14:textId="77777777" w:rsidR="00AB0511" w:rsidRPr="00CE3391" w:rsidRDefault="00000000">
      <w:pPr>
        <w:spacing w:before="4"/>
        <w:ind w:left="719"/>
        <w:rPr>
          <w:lang w:val="pl-PL"/>
        </w:rPr>
      </w:pPr>
      <w:r w:rsidRPr="00CE3391">
        <w:rPr>
          <w:lang w:val="pl-PL"/>
        </w:rPr>
        <w:t xml:space="preserve">jego lub przedstawiciela pracodawcy Uczestnika wizerunku, głosu lub wypowiedzi, zgodnie z </w:t>
      </w:r>
    </w:p>
    <w:p w14:paraId="30FFFB3B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postanowieniami niniejszego §6 Regulaminu nie wiąże się z obowiązkiem zapłaty na jego rzecz ani </w:t>
      </w:r>
    </w:p>
    <w:p w14:paraId="6755CCB7" w14:textId="77777777" w:rsidR="00AB0511" w:rsidRPr="00CE3391" w:rsidRDefault="00000000">
      <w:pPr>
        <w:spacing w:before="16"/>
        <w:ind w:left="719"/>
        <w:rPr>
          <w:lang w:val="pl-PL"/>
        </w:rPr>
      </w:pPr>
      <w:r w:rsidRPr="00CE3391">
        <w:rPr>
          <w:lang w:val="pl-PL"/>
        </w:rPr>
        <w:t>jakiejkolwiek osoby trzeciej wynagrodzenia lub odszkodowania z tego tytułu</w:t>
      </w:r>
      <w:r w:rsidRPr="00CE3391">
        <w:rPr>
          <w:rFonts w:ascii="Arial" w:eastAsia="Arial" w:hAnsi="Arial"/>
          <w:sz w:val="22"/>
          <w:lang w:val="pl-PL"/>
        </w:rPr>
        <w:t xml:space="preserve">. </w:t>
      </w:r>
    </w:p>
    <w:p w14:paraId="619B70DB" w14:textId="77777777" w:rsidR="00AB0511" w:rsidRPr="00CE3391" w:rsidRDefault="00000000">
      <w:pPr>
        <w:spacing w:before="430"/>
        <w:rPr>
          <w:lang w:val="pl-PL"/>
        </w:rPr>
      </w:pPr>
      <w:r w:rsidRPr="00CE3391">
        <w:rPr>
          <w:b/>
          <w:lang w:val="pl-PL"/>
        </w:rPr>
        <w:t xml:space="preserve">§ 7 Postępowanie reklamacyjne </w:t>
      </w:r>
    </w:p>
    <w:p w14:paraId="23455C60" w14:textId="77777777" w:rsidR="00AB0511" w:rsidRPr="00CE3391" w:rsidRDefault="00000000">
      <w:pPr>
        <w:spacing w:before="139"/>
        <w:ind w:left="359"/>
        <w:rPr>
          <w:lang w:val="pl-PL"/>
        </w:rPr>
      </w:pPr>
      <w:r w:rsidRPr="00CE3391">
        <w:rPr>
          <w:lang w:val="pl-PL"/>
        </w:rPr>
        <w:t>1.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Reklamacje dotyczące przebiegu Zapisów na Wydarzenie, w formie zgłoszenia reklamacyjnego, mogą </w:t>
      </w:r>
    </w:p>
    <w:p w14:paraId="36F5880C" w14:textId="77777777" w:rsidR="00AB0511" w:rsidRPr="00CE3391" w:rsidRDefault="00000000">
      <w:pPr>
        <w:ind w:left="631"/>
        <w:rPr>
          <w:lang w:val="pl-PL"/>
        </w:rPr>
      </w:pPr>
      <w:r w:rsidRPr="00CE3391">
        <w:rPr>
          <w:lang w:val="pl-PL"/>
        </w:rPr>
        <w:t xml:space="preserve">być zgłaszane najpóźniej w terminie 7 dni od dnia poinformowania przez Organizatora za </w:t>
      </w:r>
    </w:p>
    <w:p w14:paraId="0470FE8B" w14:textId="77777777" w:rsidR="00AB0511" w:rsidRPr="00CE3391" w:rsidRDefault="00000000">
      <w:pPr>
        <w:ind w:left="631"/>
        <w:rPr>
          <w:lang w:val="pl-PL"/>
        </w:rPr>
      </w:pPr>
      <w:r w:rsidRPr="00CE3391">
        <w:rPr>
          <w:lang w:val="pl-PL"/>
        </w:rPr>
        <w:t xml:space="preserve">pośrednictwem Strony Zapisowej o braku dostępnych miejsc na Wydarzenie. Reklamacje należy </w:t>
      </w:r>
    </w:p>
    <w:p w14:paraId="7DE1C73A" w14:textId="77777777" w:rsidR="00AB0511" w:rsidRPr="00CE3391" w:rsidRDefault="00000000">
      <w:pPr>
        <w:rPr>
          <w:lang w:val="pl-PL"/>
        </w:rPr>
      </w:pPr>
      <w:r w:rsidRPr="00CE3391">
        <w:rPr>
          <w:lang w:val="pl-PL"/>
        </w:rPr>
        <w:br w:type="page"/>
      </w:r>
    </w:p>
    <w:p w14:paraId="59A4E6C4" w14:textId="189BEB9F" w:rsidR="00AB0511" w:rsidRPr="00CE3391" w:rsidRDefault="00000000">
      <w:pPr>
        <w:ind w:left="631"/>
        <w:rPr>
          <w:lang w:val="pl-PL"/>
        </w:rPr>
      </w:pPr>
      <w:r w:rsidRPr="00CE3391">
        <w:rPr>
          <w:lang w:val="pl-PL"/>
        </w:rPr>
        <w:lastRenderedPageBreak/>
        <w:t xml:space="preserve">zgłaszać za pomocą poczty elektronicznej na adres: </w:t>
      </w:r>
      <w:hyperlink r:id="rId11" w:history="1">
        <w:r w:rsidR="000F7AB9" w:rsidRPr="000F7AB9">
          <w:rPr>
            <w:rFonts w:asciiTheme="majorHAnsi" w:eastAsiaTheme="minorEastAsia" w:hAnsiTheme="majorHAnsi" w:cstheme="majorHAnsi"/>
            <w:color w:val="094FD1"/>
            <w:szCs w:val="20"/>
            <w:u w:val="single" w:color="094FD1"/>
            <w:lang w:val="pl-PL"/>
          </w:rPr>
          <w:t>contact@good-people.pl</w:t>
        </w:r>
      </w:hyperlink>
      <w:r w:rsidR="000F7AB9">
        <w:rPr>
          <w:rFonts w:asciiTheme="majorHAnsi" w:hAnsiTheme="majorHAnsi" w:cstheme="majorHAnsi"/>
          <w:szCs w:val="20"/>
          <w:lang w:val="pl-PL"/>
        </w:rPr>
        <w:t xml:space="preserve"> </w:t>
      </w:r>
      <w:r w:rsidRPr="00CE3391">
        <w:rPr>
          <w:lang w:val="pl-PL"/>
        </w:rPr>
        <w:t xml:space="preserve">albo w formie pisemnej </w:t>
      </w:r>
    </w:p>
    <w:p w14:paraId="2635E038" w14:textId="77777777" w:rsidR="00AB0511" w:rsidRPr="00CE3391" w:rsidRDefault="00000000">
      <w:pPr>
        <w:ind w:left="631"/>
        <w:rPr>
          <w:lang w:val="pl-PL"/>
        </w:rPr>
      </w:pPr>
      <w:r w:rsidRPr="00CE3391">
        <w:rPr>
          <w:lang w:val="pl-PL"/>
        </w:rPr>
        <w:t xml:space="preserve">listem poleconym na adres korespondencyjny Organizatora: Grupa OLX sp. z o.o., ul. Królowej Jadwigi </w:t>
      </w:r>
    </w:p>
    <w:p w14:paraId="7BE79736" w14:textId="01653A99" w:rsidR="00AB0511" w:rsidRPr="00CE3391" w:rsidRDefault="00000000">
      <w:pPr>
        <w:ind w:left="631"/>
        <w:rPr>
          <w:lang w:val="pl-PL"/>
        </w:rPr>
      </w:pPr>
      <w:r w:rsidRPr="00CE3391">
        <w:rPr>
          <w:lang w:val="pl-PL"/>
        </w:rPr>
        <w:t xml:space="preserve">43, 61-872 Poznań z dopiskiem „Zapisy na Wydarzenie – OLX KNOW HOW </w:t>
      </w:r>
      <w:r w:rsidR="00260355">
        <w:rPr>
          <w:lang w:val="pl-PL"/>
        </w:rPr>
        <w:t xml:space="preserve">Perspektywy </w:t>
      </w:r>
      <w:r w:rsidRPr="00CE3391">
        <w:rPr>
          <w:lang w:val="pl-PL"/>
        </w:rPr>
        <w:t>202</w:t>
      </w:r>
      <w:r w:rsidR="00260355">
        <w:rPr>
          <w:lang w:val="pl-PL"/>
        </w:rPr>
        <w:t>6”</w:t>
      </w:r>
      <w:r w:rsidRPr="00CE3391">
        <w:rPr>
          <w:lang w:val="pl-PL"/>
        </w:rPr>
        <w:t xml:space="preserve">. </w:t>
      </w:r>
    </w:p>
    <w:p w14:paraId="7EA0EEC5" w14:textId="77777777" w:rsidR="00AB0511" w:rsidRPr="00CE3391" w:rsidRDefault="00000000">
      <w:pPr>
        <w:spacing w:before="4"/>
        <w:ind w:left="359"/>
        <w:rPr>
          <w:lang w:val="pl-PL"/>
        </w:rPr>
      </w:pPr>
      <w:r w:rsidRPr="00CE3391">
        <w:rPr>
          <w:lang w:val="pl-PL"/>
        </w:rPr>
        <w:t>2.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Reklamacja powinna zawierać co najmniej: imię i nazwisko, adres do kontaktu ze zgłaszającym </w:t>
      </w:r>
    </w:p>
    <w:p w14:paraId="7EF4FB04" w14:textId="77777777" w:rsidR="00AB0511" w:rsidRPr="00CE3391" w:rsidRDefault="00000000">
      <w:pPr>
        <w:ind w:left="631"/>
        <w:rPr>
          <w:lang w:val="pl-PL"/>
        </w:rPr>
      </w:pPr>
      <w:r w:rsidRPr="00CE3391">
        <w:rPr>
          <w:lang w:val="pl-PL"/>
        </w:rPr>
        <w:t xml:space="preserve">(korespondencyjny lub e-mail), okoliczności uzasadniające reklamację, a także żądanie związane ze </w:t>
      </w:r>
    </w:p>
    <w:p w14:paraId="174EC79C" w14:textId="77777777" w:rsidR="00AB0511" w:rsidRPr="00CE3391" w:rsidRDefault="00000000">
      <w:pPr>
        <w:ind w:left="631"/>
        <w:rPr>
          <w:lang w:val="pl-PL"/>
        </w:rPr>
      </w:pPr>
      <w:r w:rsidRPr="00CE3391">
        <w:rPr>
          <w:lang w:val="pl-PL"/>
        </w:rPr>
        <w:t xml:space="preserve">składaną reklamacją. </w:t>
      </w:r>
    </w:p>
    <w:p w14:paraId="444C6897" w14:textId="77777777" w:rsidR="00AB0511" w:rsidRPr="00CE3391" w:rsidRDefault="00000000">
      <w:pPr>
        <w:ind w:left="359"/>
        <w:rPr>
          <w:lang w:val="pl-PL"/>
        </w:rPr>
      </w:pPr>
      <w:r w:rsidRPr="00CE3391">
        <w:rPr>
          <w:lang w:val="pl-PL"/>
        </w:rPr>
        <w:t>3.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Jeżeli podane w reklamacji dane lub informacje nie pozwalają na rozpoznanie reklamacji, Organizator </w:t>
      </w:r>
    </w:p>
    <w:p w14:paraId="4255362F" w14:textId="77777777" w:rsidR="00AB0511" w:rsidRPr="00CE3391" w:rsidRDefault="00000000">
      <w:pPr>
        <w:spacing w:before="4"/>
        <w:ind w:left="631"/>
        <w:rPr>
          <w:lang w:val="pl-PL"/>
        </w:rPr>
      </w:pPr>
      <w:r w:rsidRPr="00CE3391">
        <w:rPr>
          <w:lang w:val="pl-PL"/>
        </w:rPr>
        <w:t xml:space="preserve">zwróci się do Uczestnika o wyjaśnienie ewentualnych wątpliwości lub podanie dodatkowych </w:t>
      </w:r>
    </w:p>
    <w:p w14:paraId="5A0C6DEF" w14:textId="77777777" w:rsidR="00AB0511" w:rsidRPr="00CE3391" w:rsidRDefault="00000000">
      <w:pPr>
        <w:ind w:left="631"/>
        <w:rPr>
          <w:lang w:val="pl-PL"/>
        </w:rPr>
      </w:pPr>
      <w:r w:rsidRPr="00CE3391">
        <w:rPr>
          <w:lang w:val="pl-PL"/>
        </w:rPr>
        <w:t xml:space="preserve">informacji, o ile będzie to niezbędne dla rozpoznania reklamacji przez Organizatora, wskazując </w:t>
      </w:r>
    </w:p>
    <w:p w14:paraId="29E240E4" w14:textId="77777777" w:rsidR="00AB0511" w:rsidRPr="00CE3391" w:rsidRDefault="00000000">
      <w:pPr>
        <w:spacing w:before="4"/>
        <w:ind w:left="631"/>
        <w:rPr>
          <w:lang w:val="pl-PL"/>
        </w:rPr>
      </w:pPr>
      <w:r w:rsidRPr="00CE3391">
        <w:rPr>
          <w:lang w:val="pl-PL"/>
        </w:rPr>
        <w:t xml:space="preserve">precyzyjnie takie wątpliwości lub wymagane informacje. </w:t>
      </w:r>
    </w:p>
    <w:p w14:paraId="67E04736" w14:textId="77777777" w:rsidR="00AB0511" w:rsidRPr="00CE3391" w:rsidRDefault="00000000">
      <w:pPr>
        <w:spacing w:before="4"/>
        <w:ind w:left="359"/>
        <w:rPr>
          <w:lang w:val="pl-PL"/>
        </w:rPr>
      </w:pPr>
      <w:r w:rsidRPr="00CE3391">
        <w:rPr>
          <w:lang w:val="pl-PL"/>
        </w:rPr>
        <w:t>4.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Organizator rozpozna reklamację w terminie 14 (czternastu) dni od dnia otrzymania reklamacji przez </w:t>
      </w:r>
    </w:p>
    <w:p w14:paraId="2218E166" w14:textId="77777777" w:rsidR="00AB0511" w:rsidRPr="00CE3391" w:rsidRDefault="00000000">
      <w:pPr>
        <w:ind w:left="631"/>
        <w:rPr>
          <w:lang w:val="pl-PL"/>
        </w:rPr>
      </w:pPr>
      <w:r w:rsidRPr="00CE3391">
        <w:rPr>
          <w:lang w:val="pl-PL"/>
        </w:rPr>
        <w:t xml:space="preserve">Organizatora. </w:t>
      </w:r>
    </w:p>
    <w:p w14:paraId="2F8BC66B" w14:textId="77777777" w:rsidR="00AB0511" w:rsidRPr="00CE3391" w:rsidRDefault="00000000">
      <w:pPr>
        <w:spacing w:before="4"/>
        <w:ind w:left="359"/>
        <w:rPr>
          <w:lang w:val="pl-PL"/>
        </w:rPr>
      </w:pPr>
      <w:r w:rsidRPr="00CE3391">
        <w:rPr>
          <w:lang w:val="pl-PL"/>
        </w:rPr>
        <w:t>5.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O wyniku postępowania reklamacyjnego Organizator powiadomi Uczestnika pisemnie lub drogą </w:t>
      </w:r>
    </w:p>
    <w:p w14:paraId="2047D1D6" w14:textId="77777777" w:rsidR="00AB0511" w:rsidRPr="00CE3391" w:rsidRDefault="00000000">
      <w:pPr>
        <w:ind w:left="631"/>
        <w:rPr>
          <w:lang w:val="pl-PL"/>
        </w:rPr>
      </w:pPr>
      <w:r w:rsidRPr="00CE3391">
        <w:rPr>
          <w:lang w:val="pl-PL"/>
        </w:rPr>
        <w:t xml:space="preserve">elektroniczną na adres e-mail podany przez Uczestnika. </w:t>
      </w:r>
    </w:p>
    <w:p w14:paraId="7E49C5D8" w14:textId="77777777" w:rsidR="00AB0511" w:rsidRPr="00CE3391" w:rsidRDefault="00000000">
      <w:pPr>
        <w:spacing w:before="460"/>
        <w:rPr>
          <w:lang w:val="pl-PL"/>
        </w:rPr>
      </w:pPr>
      <w:r w:rsidRPr="00CE3391">
        <w:rPr>
          <w:b/>
          <w:lang w:val="pl-PL"/>
        </w:rPr>
        <w:t xml:space="preserve">§ 8 Postanowienia końcowe </w:t>
      </w:r>
    </w:p>
    <w:p w14:paraId="6F37FE21" w14:textId="77777777" w:rsidR="00AB0511" w:rsidRPr="00CE3391" w:rsidRDefault="00000000">
      <w:pPr>
        <w:spacing w:before="139"/>
        <w:ind w:left="359"/>
        <w:rPr>
          <w:lang w:val="pl-PL"/>
        </w:rPr>
      </w:pPr>
      <w:r w:rsidRPr="00CE3391">
        <w:rPr>
          <w:lang w:val="pl-PL"/>
        </w:rPr>
        <w:t>1.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Regulamin dostępny jest na Stronie Zapisowej w Czasie Trwania Zapisów oraz przez okres 7 dni od </w:t>
      </w:r>
    </w:p>
    <w:p w14:paraId="521D3232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dnia Wydarzenia. </w:t>
      </w:r>
    </w:p>
    <w:p w14:paraId="451B8BE5" w14:textId="77777777" w:rsidR="00AB0511" w:rsidRPr="00CE3391" w:rsidRDefault="00000000">
      <w:pPr>
        <w:spacing w:before="4"/>
        <w:ind w:left="359"/>
        <w:rPr>
          <w:lang w:val="pl-PL"/>
        </w:rPr>
      </w:pPr>
      <w:r w:rsidRPr="00CE3391">
        <w:rPr>
          <w:lang w:val="pl-PL"/>
        </w:rPr>
        <w:t>2.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Wszystkie koszty związane z udziałem w Zapisach na Wydarzenie, w tym dostępem do Internetu będą </w:t>
      </w:r>
    </w:p>
    <w:p w14:paraId="4CD2A0F7" w14:textId="77777777" w:rsidR="00AB0511" w:rsidRPr="00CE3391" w:rsidRDefault="00000000">
      <w:pPr>
        <w:ind w:left="719"/>
        <w:rPr>
          <w:lang w:val="pl-PL"/>
        </w:rPr>
      </w:pPr>
      <w:r w:rsidRPr="00CE3391">
        <w:rPr>
          <w:lang w:val="pl-PL"/>
        </w:rPr>
        <w:t xml:space="preserve">ponoszone przez Uczestnika. </w:t>
      </w:r>
    </w:p>
    <w:p w14:paraId="4775F63A" w14:textId="77777777" w:rsidR="00AB0511" w:rsidRPr="00CE3391" w:rsidRDefault="00000000">
      <w:pPr>
        <w:spacing w:before="4"/>
        <w:ind w:left="359"/>
        <w:rPr>
          <w:lang w:val="pl-PL"/>
        </w:rPr>
      </w:pPr>
      <w:r w:rsidRPr="00CE3391">
        <w:rPr>
          <w:lang w:val="pl-PL"/>
        </w:rPr>
        <w:t>3.</w:t>
      </w:r>
      <w:r w:rsidRPr="00CE3391">
        <w:rPr>
          <w:rFonts w:ascii="Arial" w:eastAsia="Arial" w:hAnsi="Arial"/>
          <w:lang w:val="pl-PL"/>
        </w:rPr>
        <w:t xml:space="preserve"> </w:t>
      </w:r>
      <w:r w:rsidRPr="00CE3391">
        <w:rPr>
          <w:lang w:val="pl-PL"/>
        </w:rPr>
        <w:t xml:space="preserve">W kwestiach nieuregulowanych Regulaminem stosuje się przepisy Kodeksu cywilnego i inne </w:t>
      </w:r>
    </w:p>
    <w:p w14:paraId="1373E863" w14:textId="77777777" w:rsidR="00AB0511" w:rsidRDefault="00000000">
      <w:pPr>
        <w:ind w:left="719"/>
      </w:pPr>
      <w:proofErr w:type="spellStart"/>
      <w:r>
        <w:t>obowiązujące</w:t>
      </w:r>
      <w:proofErr w:type="spellEnd"/>
      <w:r>
        <w:t xml:space="preserve"> </w:t>
      </w:r>
      <w:proofErr w:type="spellStart"/>
      <w:r>
        <w:t>przepisy</w:t>
      </w:r>
      <w:proofErr w:type="spellEnd"/>
      <w:r>
        <w:t xml:space="preserve"> </w:t>
      </w:r>
      <w:proofErr w:type="spellStart"/>
      <w:r>
        <w:t>prawa</w:t>
      </w:r>
      <w:proofErr w:type="spellEnd"/>
      <w:r>
        <w:t xml:space="preserve">. </w:t>
      </w:r>
    </w:p>
    <w:sectPr w:rsidR="00AB0511" w:rsidSect="00034616">
      <w:footerReference w:type="default" r:id="rId12"/>
      <w:pgSz w:w="11906" w:h="16838"/>
      <w:pgMar w:top="1416" w:right="1396" w:bottom="10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590618" w14:textId="77777777" w:rsidR="00D323F3" w:rsidRDefault="00D323F3">
      <w:pPr>
        <w:spacing w:line="240" w:lineRule="auto"/>
      </w:pPr>
      <w:r>
        <w:separator/>
      </w:r>
    </w:p>
  </w:endnote>
  <w:endnote w:type="continuationSeparator" w:id="0">
    <w:p w14:paraId="2F3E49E5" w14:textId="77777777" w:rsidR="00D323F3" w:rsidRDefault="00D323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018C28" w14:textId="77777777" w:rsidR="00AB0511" w:rsidRDefault="00000000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E8498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4FD8CF" w14:textId="77777777" w:rsidR="00D323F3" w:rsidRDefault="00D323F3">
      <w:pPr>
        <w:spacing w:line="240" w:lineRule="auto"/>
      </w:pPr>
      <w:r>
        <w:separator/>
      </w:r>
    </w:p>
  </w:footnote>
  <w:footnote w:type="continuationSeparator" w:id="0">
    <w:p w14:paraId="38A867A6" w14:textId="77777777" w:rsidR="00D323F3" w:rsidRDefault="00D323F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06586834">
    <w:abstractNumId w:val="8"/>
  </w:num>
  <w:num w:numId="2" w16cid:durableId="1837767562">
    <w:abstractNumId w:val="6"/>
  </w:num>
  <w:num w:numId="3" w16cid:durableId="396247010">
    <w:abstractNumId w:val="5"/>
  </w:num>
  <w:num w:numId="4" w16cid:durableId="2123301976">
    <w:abstractNumId w:val="4"/>
  </w:num>
  <w:num w:numId="5" w16cid:durableId="468670861">
    <w:abstractNumId w:val="7"/>
  </w:num>
  <w:num w:numId="6" w16cid:durableId="77099608">
    <w:abstractNumId w:val="3"/>
  </w:num>
  <w:num w:numId="7" w16cid:durableId="2075661980">
    <w:abstractNumId w:val="2"/>
  </w:num>
  <w:num w:numId="8" w16cid:durableId="286737557">
    <w:abstractNumId w:val="1"/>
  </w:num>
  <w:num w:numId="9" w16cid:durableId="192703652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7AB9"/>
    <w:rsid w:val="0015074B"/>
    <w:rsid w:val="00260355"/>
    <w:rsid w:val="0029639D"/>
    <w:rsid w:val="00326F90"/>
    <w:rsid w:val="0067446F"/>
    <w:rsid w:val="007B2029"/>
    <w:rsid w:val="007B5BE6"/>
    <w:rsid w:val="007C2604"/>
    <w:rsid w:val="00952F9C"/>
    <w:rsid w:val="00A9028C"/>
    <w:rsid w:val="00AA1D8D"/>
    <w:rsid w:val="00AA3B7F"/>
    <w:rsid w:val="00AB0511"/>
    <w:rsid w:val="00B47730"/>
    <w:rsid w:val="00C90F35"/>
    <w:rsid w:val="00CB0664"/>
    <w:rsid w:val="00CE3391"/>
    <w:rsid w:val="00D323F3"/>
    <w:rsid w:val="00E84987"/>
    <w:rsid w:val="00F9342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4430EF"/>
  <w14:defaultImageDpi w14:val="300"/>
  <w15:docId w15:val="{A97F8E4C-2C6C-0E40-A163-9D5CA807F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322" w:lineRule="exact"/>
    </w:pPr>
    <w:rPr>
      <w:rFonts w:ascii="Calibri" w:eastAsia="Calibri" w:hAnsi="Calibri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CE339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E3391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E33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E3391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E3391"/>
    <w:rPr>
      <w:rFonts w:ascii="Calibri" w:eastAsia="Calibri" w:hAnsi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E33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E3391"/>
    <w:rPr>
      <w:rFonts w:ascii="Calibri" w:eastAsia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lxperspektywy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good-people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ontact@good-peopl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ct@good-people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1736</Words>
  <Characters>10417</Characters>
  <Application>Microsoft Office Word</Application>
  <DocSecurity>0</DocSecurity>
  <Lines>86</Lines>
  <Paragraphs>24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12129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Martyna Matuszczak</cp:lastModifiedBy>
  <cp:revision>4</cp:revision>
  <dcterms:created xsi:type="dcterms:W3CDTF">2026-08-25T13:54:00Z</dcterms:created>
  <dcterms:modified xsi:type="dcterms:W3CDTF">2026-08-26T11:54:00Z</dcterms:modified>
  <cp:category/>
</cp:coreProperties>
</file>